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77440" w14:textId="77777777" w:rsidR="00444DE1" w:rsidRDefault="00FA55CF">
      <w:pPr>
        <w:spacing w:after="100"/>
        <w:jc w:val="center"/>
      </w:pPr>
      <w:r>
        <w:rPr>
          <w:b/>
          <w:sz w:val="50"/>
        </w:rPr>
        <w:t>SANSU GO</w:t>
      </w:r>
    </w:p>
    <w:p w14:paraId="2863A846" w14:textId="77777777" w:rsidR="00444DE1" w:rsidRDefault="00FA55CF">
      <w:pPr>
        <w:spacing w:after="100"/>
        <w:jc w:val="center"/>
      </w:pPr>
      <w:r>
        <w:rPr>
          <w:b/>
          <w:sz w:val="46"/>
        </w:rPr>
        <w:t>CHALLENGE TEST</w:t>
      </w:r>
    </w:p>
    <w:p w14:paraId="123B43FF" w14:textId="77777777" w:rsidR="00444DE1" w:rsidRDefault="00FA55CF">
      <w:pPr>
        <w:spacing w:after="100"/>
        <w:jc w:val="center"/>
      </w:pPr>
      <w:r>
        <w:rPr>
          <w:b/>
          <w:sz w:val="36"/>
        </w:rPr>
        <w:t>Grade 1–2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5265"/>
        <w:gridCol w:w="5265"/>
      </w:tblGrid>
      <w:tr w:rsidR="00444DE1" w14:paraId="2520F625" w14:textId="77777777">
        <w:tc>
          <w:tcPr>
            <w:tcW w:w="5270" w:type="dxa"/>
          </w:tcPr>
          <w:p w14:paraId="06AC5AD1" w14:textId="77777777" w:rsidR="00444DE1" w:rsidRDefault="00FA55CF">
            <w:r>
              <w:t>Nama: __________________</w:t>
            </w:r>
          </w:p>
        </w:tc>
        <w:tc>
          <w:tcPr>
            <w:tcW w:w="5270" w:type="dxa"/>
          </w:tcPr>
          <w:p w14:paraId="1D24BADA" w14:textId="77777777" w:rsidR="00444DE1" w:rsidRDefault="00FA55CF">
            <w:r>
              <w:t>Sekolah: __________________</w:t>
            </w:r>
          </w:p>
        </w:tc>
      </w:tr>
      <w:tr w:rsidR="00444DE1" w14:paraId="2A5F2DEA" w14:textId="77777777">
        <w:tc>
          <w:tcPr>
            <w:tcW w:w="5270" w:type="dxa"/>
          </w:tcPr>
          <w:p w14:paraId="7C8F9EB6" w14:textId="77777777" w:rsidR="00444DE1" w:rsidRDefault="00FA55CF">
            <w:r>
              <w:t>Kelas: ______</w:t>
            </w:r>
          </w:p>
        </w:tc>
        <w:tc>
          <w:tcPr>
            <w:tcW w:w="5270" w:type="dxa"/>
          </w:tcPr>
          <w:p w14:paraId="2CC8B1F1" w14:textId="77777777" w:rsidR="00444DE1" w:rsidRDefault="00FA55CF">
            <w:r>
              <w:t>Tanggal: __________________</w:t>
            </w:r>
          </w:p>
        </w:tc>
      </w:tr>
    </w:tbl>
    <w:p w14:paraId="207128CD" w14:textId="77777777" w:rsidR="00444DE1" w:rsidRDefault="00FA55CF">
      <w:pPr>
        <w:spacing w:after="100"/>
      </w:pPr>
      <w:r>
        <w:rPr>
          <w:b/>
          <w:sz w:val="34"/>
        </w:rPr>
        <w:t>Petunjuk</w:t>
      </w:r>
    </w:p>
    <w:p w14:paraId="3036FC31" w14:textId="77777777" w:rsidR="00444DE1" w:rsidRDefault="00FA55CF">
      <w:pPr>
        <w:pStyle w:val="a0"/>
      </w:pPr>
      <w:r>
        <w:t>Dengarkan petunjuk guru dengan baik.</w:t>
      </w:r>
    </w:p>
    <w:p w14:paraId="4875B4B9" w14:textId="77777777" w:rsidR="00444DE1" w:rsidRDefault="00FA55CF">
      <w:pPr>
        <w:pStyle w:val="a0"/>
      </w:pPr>
      <w:r>
        <w:t>Kerjakan soal dengan teliti.</w:t>
      </w:r>
    </w:p>
    <w:p w14:paraId="66A2FDA3" w14:textId="77777777" w:rsidR="00444DE1" w:rsidRDefault="00FA55CF">
      <w:pPr>
        <w:pStyle w:val="a0"/>
      </w:pPr>
      <w:r>
        <w:t>Jika ada soal yang sulit, lanjutkan ke soal berikutnya.</w:t>
      </w:r>
    </w:p>
    <w:p w14:paraId="15E94DA7" w14:textId="77777777" w:rsidR="00444DE1" w:rsidRDefault="00FA55CF">
      <w:pPr>
        <w:pStyle w:val="a0"/>
      </w:pPr>
      <w:r>
        <w:t>Tulislah jawaban dengan jelas dan cukup besar.</w:t>
      </w:r>
    </w:p>
    <w:p w14:paraId="3254C7AD" w14:textId="77777777" w:rsidR="00444DE1" w:rsidRDefault="00FA55CF">
      <w:pPr>
        <w:spacing w:after="100"/>
      </w:pPr>
      <w:r>
        <w:rPr>
          <w:b/>
        </w:rPr>
        <w:t>Perkiraan waktu keseluruhan: ±25 menit</w:t>
      </w:r>
    </w:p>
    <w:p w14:paraId="797D00AD" w14:textId="77777777" w:rsidR="00444DE1" w:rsidRDefault="00FA55CF">
      <w:r>
        <w:br w:type="page"/>
      </w:r>
    </w:p>
    <w:p w14:paraId="4B8FDBF7" w14:textId="77777777" w:rsidR="00444DE1" w:rsidRDefault="00FA55CF">
      <w:pPr>
        <w:spacing w:after="100"/>
      </w:pPr>
      <w:r>
        <w:rPr>
          <w:b/>
          <w:sz w:val="40"/>
        </w:rPr>
        <w:lastRenderedPageBreak/>
        <w:t>CHAPTER 1 — BILANGAN DAN PASANGAN 10</w:t>
      </w:r>
    </w:p>
    <w:p w14:paraId="68F67AF4" w14:textId="77777777" w:rsidR="00444DE1" w:rsidRDefault="00FA55CF">
      <w:pPr>
        <w:spacing w:after="100"/>
      </w:pPr>
      <w:r>
        <w:rPr>
          <w:b/>
          <w:sz w:val="32"/>
        </w:rPr>
        <w:t>Waktu: 5 menit</w:t>
      </w:r>
    </w:p>
    <w:p w14:paraId="52D7D5E1" w14:textId="77777777" w:rsidR="00444DE1" w:rsidRDefault="00FA55CF">
      <w:pPr>
        <w:spacing w:after="100"/>
      </w:pPr>
      <w:r>
        <w:t>Isi kotak atau jawaban yang kosong. Pikirkan bagaimana bilangan dapat dipecah dan digabungkan.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70"/>
        <w:gridCol w:w="5270"/>
      </w:tblGrid>
      <w:tr w:rsidR="00444DE1" w14:paraId="7B1336BD" w14:textId="77777777">
        <w:trPr>
          <w:jc w:val="center"/>
        </w:trPr>
        <w:tc>
          <w:tcPr>
            <w:tcW w:w="5270" w:type="dxa"/>
          </w:tcPr>
          <w:p w14:paraId="3D350084" w14:textId="77777777" w:rsidR="00444DE1" w:rsidRDefault="00FA55CF">
            <w:pPr>
              <w:spacing w:after="240"/>
            </w:pPr>
            <w:r>
              <w:rPr>
                <w:sz w:val="36"/>
              </w:rPr>
              <w:t xml:space="preserve">1.  7 + □ = 10    </w:t>
            </w:r>
          </w:p>
        </w:tc>
        <w:tc>
          <w:tcPr>
            <w:tcW w:w="5270" w:type="dxa"/>
          </w:tcPr>
          <w:p w14:paraId="35619162" w14:textId="77777777" w:rsidR="00444DE1" w:rsidRDefault="00FA55CF">
            <w:pPr>
              <w:spacing w:after="240"/>
            </w:pPr>
            <w:r>
              <w:rPr>
                <w:sz w:val="36"/>
              </w:rPr>
              <w:t xml:space="preserve">5.  8 = 5 + □    </w:t>
            </w:r>
          </w:p>
        </w:tc>
      </w:tr>
      <w:tr w:rsidR="00444DE1" w14:paraId="786F945B" w14:textId="77777777">
        <w:trPr>
          <w:jc w:val="center"/>
        </w:trPr>
        <w:tc>
          <w:tcPr>
            <w:tcW w:w="5270" w:type="dxa"/>
          </w:tcPr>
          <w:p w14:paraId="2B27DE35" w14:textId="77777777" w:rsidR="00444DE1" w:rsidRDefault="00FA55CF">
            <w:pPr>
              <w:spacing w:after="240"/>
            </w:pPr>
            <w:r>
              <w:rPr>
                <w:sz w:val="36"/>
              </w:rPr>
              <w:t xml:space="preserve">2.  6 + □ = 10    </w:t>
            </w:r>
          </w:p>
        </w:tc>
        <w:tc>
          <w:tcPr>
            <w:tcW w:w="5270" w:type="dxa"/>
          </w:tcPr>
          <w:p w14:paraId="3384604F" w14:textId="77777777" w:rsidR="00444DE1" w:rsidRDefault="00FA55CF">
            <w:pPr>
              <w:spacing w:after="240"/>
            </w:pPr>
            <w:r>
              <w:rPr>
                <w:sz w:val="36"/>
              </w:rPr>
              <w:t xml:space="preserve">6.  9 = □ + 4    </w:t>
            </w:r>
          </w:p>
        </w:tc>
      </w:tr>
      <w:tr w:rsidR="00444DE1" w14:paraId="1B3BB896" w14:textId="77777777">
        <w:trPr>
          <w:jc w:val="center"/>
        </w:trPr>
        <w:tc>
          <w:tcPr>
            <w:tcW w:w="5270" w:type="dxa"/>
          </w:tcPr>
          <w:p w14:paraId="6B9B6935" w14:textId="77777777" w:rsidR="00444DE1" w:rsidRDefault="00FA55CF">
            <w:pPr>
              <w:spacing w:after="240"/>
            </w:pPr>
            <w:r>
              <w:rPr>
                <w:sz w:val="36"/>
              </w:rPr>
              <w:t xml:space="preserve">3.  □ + 8 = 10    </w:t>
            </w:r>
          </w:p>
        </w:tc>
        <w:tc>
          <w:tcPr>
            <w:tcW w:w="5270" w:type="dxa"/>
          </w:tcPr>
          <w:p w14:paraId="442003B9" w14:textId="77777777" w:rsidR="00444DE1" w:rsidRDefault="00FA55CF">
            <w:pPr>
              <w:spacing w:after="240"/>
            </w:pPr>
            <w:r>
              <w:rPr>
                <w:sz w:val="36"/>
              </w:rPr>
              <w:t xml:space="preserve">7.  13 = 10 + □    </w:t>
            </w:r>
          </w:p>
        </w:tc>
      </w:tr>
      <w:tr w:rsidR="00444DE1" w14:paraId="32E9B52C" w14:textId="77777777">
        <w:trPr>
          <w:jc w:val="center"/>
        </w:trPr>
        <w:tc>
          <w:tcPr>
            <w:tcW w:w="5270" w:type="dxa"/>
          </w:tcPr>
          <w:p w14:paraId="5D2506F1" w14:textId="77777777" w:rsidR="00444DE1" w:rsidRDefault="00FA55CF">
            <w:pPr>
              <w:spacing w:after="240"/>
            </w:pPr>
            <w:r>
              <w:rPr>
                <w:sz w:val="36"/>
              </w:rPr>
              <w:t xml:space="preserve">4.  10 − 7 = □    </w:t>
            </w:r>
          </w:p>
        </w:tc>
        <w:tc>
          <w:tcPr>
            <w:tcW w:w="5270" w:type="dxa"/>
          </w:tcPr>
          <w:p w14:paraId="70882B15" w14:textId="77777777" w:rsidR="00444DE1" w:rsidRDefault="00FA55CF">
            <w:pPr>
              <w:spacing w:after="240"/>
            </w:pPr>
            <w:r>
              <w:rPr>
                <w:sz w:val="36"/>
              </w:rPr>
              <w:t xml:space="preserve">8.  16 = 10 + □    </w:t>
            </w:r>
          </w:p>
        </w:tc>
      </w:tr>
    </w:tbl>
    <w:p w14:paraId="4AD82C3B" w14:textId="567D23D0" w:rsidR="00444DE1" w:rsidRDefault="00444DE1"/>
    <w:p w14:paraId="6225A5B4" w14:textId="77777777" w:rsidR="00444DE1" w:rsidRDefault="00FA55CF">
      <w:pPr>
        <w:spacing w:after="100"/>
      </w:pPr>
      <w:r>
        <w:rPr>
          <w:b/>
          <w:sz w:val="40"/>
        </w:rPr>
        <w:t>CHAPTER 2 — PENJUMLAHAN DAN PENGURANGAN</w:t>
      </w:r>
    </w:p>
    <w:p w14:paraId="5952D52A" w14:textId="77777777" w:rsidR="00444DE1" w:rsidRDefault="00FA55CF">
      <w:pPr>
        <w:spacing w:after="100"/>
      </w:pPr>
      <w:r>
        <w:rPr>
          <w:b/>
          <w:sz w:val="32"/>
        </w:rPr>
        <w:t>Waktu: 7 menit</w:t>
      </w:r>
    </w:p>
    <w:p w14:paraId="59C87FE0" w14:textId="77777777" w:rsidR="00444DE1" w:rsidRDefault="00FA55CF">
      <w:pPr>
        <w:spacing w:after="100"/>
      </w:pPr>
      <w:r>
        <w:t>Kerjakan sebanyak mungkin dengan teliti.</w:t>
      </w:r>
    </w:p>
    <w:p w14:paraId="7BDEA97C" w14:textId="77777777" w:rsidR="00444DE1" w:rsidRDefault="00FA55CF">
      <w:pPr>
        <w:spacing w:after="100"/>
      </w:pPr>
      <w:r>
        <w:rPr>
          <w:b/>
          <w:sz w:val="32"/>
        </w:rPr>
        <w:t>A. Penjumlahan dan pengurangan dasar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70"/>
        <w:gridCol w:w="5270"/>
      </w:tblGrid>
      <w:tr w:rsidR="00444DE1" w14:paraId="1C7DC43A" w14:textId="77777777">
        <w:trPr>
          <w:jc w:val="center"/>
        </w:trPr>
        <w:tc>
          <w:tcPr>
            <w:tcW w:w="5270" w:type="dxa"/>
          </w:tcPr>
          <w:p w14:paraId="2818F694" w14:textId="77777777" w:rsidR="00444DE1" w:rsidRDefault="00FA55CF">
            <w:pPr>
              <w:spacing w:after="240"/>
            </w:pPr>
            <w:r>
              <w:rPr>
                <w:sz w:val="36"/>
              </w:rPr>
              <w:t>1.  3 + 4 = __________</w:t>
            </w:r>
          </w:p>
        </w:tc>
        <w:tc>
          <w:tcPr>
            <w:tcW w:w="5270" w:type="dxa"/>
          </w:tcPr>
          <w:p w14:paraId="60B86168" w14:textId="77777777" w:rsidR="00444DE1" w:rsidRDefault="00FA55CF">
            <w:pPr>
              <w:spacing w:after="240"/>
            </w:pPr>
            <w:r>
              <w:rPr>
                <w:sz w:val="36"/>
              </w:rPr>
              <w:t>4.  9 − 6 = __________</w:t>
            </w:r>
          </w:p>
        </w:tc>
      </w:tr>
      <w:tr w:rsidR="00444DE1" w14:paraId="5D718293" w14:textId="77777777">
        <w:trPr>
          <w:jc w:val="center"/>
        </w:trPr>
        <w:tc>
          <w:tcPr>
            <w:tcW w:w="5270" w:type="dxa"/>
          </w:tcPr>
          <w:p w14:paraId="1FDD98B3" w14:textId="77777777" w:rsidR="00444DE1" w:rsidRDefault="00FA55CF">
            <w:pPr>
              <w:spacing w:after="240"/>
            </w:pPr>
            <w:r>
              <w:rPr>
                <w:sz w:val="36"/>
              </w:rPr>
              <w:t>2.  8 − 3 = __________</w:t>
            </w:r>
          </w:p>
        </w:tc>
        <w:tc>
          <w:tcPr>
            <w:tcW w:w="5270" w:type="dxa"/>
          </w:tcPr>
          <w:p w14:paraId="1337C447" w14:textId="77777777" w:rsidR="00444DE1" w:rsidRDefault="00FA55CF">
            <w:pPr>
              <w:spacing w:after="240"/>
            </w:pPr>
            <w:r>
              <w:rPr>
                <w:sz w:val="36"/>
              </w:rPr>
              <w:t>5.  7 + 2 = __________</w:t>
            </w:r>
          </w:p>
        </w:tc>
      </w:tr>
      <w:tr w:rsidR="00444DE1" w14:paraId="657D846D" w14:textId="77777777">
        <w:trPr>
          <w:jc w:val="center"/>
        </w:trPr>
        <w:tc>
          <w:tcPr>
            <w:tcW w:w="5270" w:type="dxa"/>
          </w:tcPr>
          <w:p w14:paraId="66AB36BD" w14:textId="77777777" w:rsidR="00444DE1" w:rsidRDefault="00FA55CF">
            <w:pPr>
              <w:spacing w:after="240"/>
            </w:pPr>
            <w:r>
              <w:rPr>
                <w:sz w:val="36"/>
              </w:rPr>
              <w:t>3.  5 + 4 = __________</w:t>
            </w:r>
          </w:p>
        </w:tc>
        <w:tc>
          <w:tcPr>
            <w:tcW w:w="5270" w:type="dxa"/>
          </w:tcPr>
          <w:p w14:paraId="515FDBBB" w14:textId="77777777" w:rsidR="00444DE1" w:rsidRDefault="00FA55CF">
            <w:pPr>
              <w:spacing w:after="240"/>
            </w:pPr>
            <w:r>
              <w:rPr>
                <w:sz w:val="36"/>
              </w:rPr>
              <w:t>6.  10 − 4 = __________</w:t>
            </w:r>
          </w:p>
        </w:tc>
      </w:tr>
    </w:tbl>
    <w:p w14:paraId="1B4E2E3B" w14:textId="77777777" w:rsidR="00444DE1" w:rsidRDefault="00FA55CF">
      <w:pPr>
        <w:spacing w:after="100"/>
      </w:pPr>
      <w:r>
        <w:rPr>
          <w:b/>
          <w:sz w:val="32"/>
        </w:rPr>
        <w:t>B. Melewati 10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70"/>
        <w:gridCol w:w="5270"/>
      </w:tblGrid>
      <w:tr w:rsidR="00444DE1" w14:paraId="3AA089FD" w14:textId="77777777">
        <w:trPr>
          <w:jc w:val="center"/>
        </w:trPr>
        <w:tc>
          <w:tcPr>
            <w:tcW w:w="5270" w:type="dxa"/>
          </w:tcPr>
          <w:p w14:paraId="21503EBD" w14:textId="77777777" w:rsidR="00444DE1" w:rsidRDefault="00FA55CF">
            <w:pPr>
              <w:spacing w:after="240"/>
            </w:pPr>
            <w:r>
              <w:rPr>
                <w:sz w:val="36"/>
              </w:rPr>
              <w:t>7.  8 + 5 = __________</w:t>
            </w:r>
          </w:p>
        </w:tc>
        <w:tc>
          <w:tcPr>
            <w:tcW w:w="5270" w:type="dxa"/>
          </w:tcPr>
          <w:p w14:paraId="1E83A012" w14:textId="77777777" w:rsidR="00444DE1" w:rsidRDefault="00FA55CF">
            <w:pPr>
              <w:spacing w:after="240"/>
            </w:pPr>
            <w:r>
              <w:rPr>
                <w:sz w:val="36"/>
              </w:rPr>
              <w:t>10.  14 − 6 = __________</w:t>
            </w:r>
          </w:p>
        </w:tc>
      </w:tr>
      <w:tr w:rsidR="00444DE1" w14:paraId="381B946D" w14:textId="77777777">
        <w:trPr>
          <w:jc w:val="center"/>
        </w:trPr>
        <w:tc>
          <w:tcPr>
            <w:tcW w:w="5270" w:type="dxa"/>
          </w:tcPr>
          <w:p w14:paraId="3BDA7245" w14:textId="77777777" w:rsidR="00444DE1" w:rsidRDefault="00FA55CF">
            <w:pPr>
              <w:spacing w:after="240"/>
            </w:pPr>
            <w:r>
              <w:rPr>
                <w:sz w:val="36"/>
              </w:rPr>
              <w:t>8.  7 + 6 = __________</w:t>
            </w:r>
          </w:p>
        </w:tc>
        <w:tc>
          <w:tcPr>
            <w:tcW w:w="5270" w:type="dxa"/>
          </w:tcPr>
          <w:p w14:paraId="465EA638" w14:textId="77777777" w:rsidR="00444DE1" w:rsidRDefault="00FA55CF">
            <w:pPr>
              <w:spacing w:after="240"/>
            </w:pPr>
            <w:r>
              <w:rPr>
                <w:sz w:val="36"/>
              </w:rPr>
              <w:t>11.  9 + 7 = __________</w:t>
            </w:r>
          </w:p>
        </w:tc>
      </w:tr>
      <w:tr w:rsidR="00444DE1" w14:paraId="1DC326D3" w14:textId="77777777">
        <w:trPr>
          <w:jc w:val="center"/>
        </w:trPr>
        <w:tc>
          <w:tcPr>
            <w:tcW w:w="5270" w:type="dxa"/>
          </w:tcPr>
          <w:p w14:paraId="1519EA86" w14:textId="77777777" w:rsidR="00444DE1" w:rsidRDefault="00FA55CF">
            <w:pPr>
              <w:spacing w:after="240"/>
            </w:pPr>
            <w:r>
              <w:rPr>
                <w:sz w:val="36"/>
              </w:rPr>
              <w:t>9.  12 − 5 = __________</w:t>
            </w:r>
          </w:p>
        </w:tc>
        <w:tc>
          <w:tcPr>
            <w:tcW w:w="5270" w:type="dxa"/>
          </w:tcPr>
          <w:p w14:paraId="1E46D0C0" w14:textId="77777777" w:rsidR="00444DE1" w:rsidRDefault="00FA55CF">
            <w:pPr>
              <w:spacing w:after="240"/>
            </w:pPr>
            <w:r>
              <w:rPr>
                <w:sz w:val="36"/>
              </w:rPr>
              <w:t>12.  15 − 8 = __________</w:t>
            </w:r>
          </w:p>
        </w:tc>
      </w:tr>
    </w:tbl>
    <w:p w14:paraId="62B534A8" w14:textId="77777777" w:rsidR="00444DE1" w:rsidRDefault="00FA55CF">
      <w:r>
        <w:br w:type="page"/>
      </w:r>
    </w:p>
    <w:p w14:paraId="5CB20039" w14:textId="77777777" w:rsidR="00444DE1" w:rsidRDefault="00FA55CF">
      <w:pPr>
        <w:spacing w:after="100"/>
      </w:pPr>
      <w:r>
        <w:rPr>
          <w:b/>
          <w:sz w:val="40"/>
        </w:rPr>
        <w:lastRenderedPageBreak/>
        <w:t>CHAPTER 3 — MEMBUAT 10 AGAR LEBIH MUDAH</w:t>
      </w:r>
    </w:p>
    <w:p w14:paraId="33BF79D4" w14:textId="77777777" w:rsidR="00444DE1" w:rsidRDefault="00FA55CF">
      <w:pPr>
        <w:spacing w:after="100"/>
      </w:pPr>
      <w:r>
        <w:rPr>
          <w:b/>
          <w:sz w:val="32"/>
        </w:rPr>
        <w:t>Waktu: 5 menit</w:t>
      </w:r>
    </w:p>
    <w:p w14:paraId="53B17BCD" w14:textId="77777777" w:rsidR="00444DE1" w:rsidRDefault="00FA55CF">
      <w:pPr>
        <w:spacing w:after="100"/>
      </w:pPr>
      <w:r>
        <w:t>Isi kotak (□), lalu tuliskan hasil akhirnya. Gunakan 10 agar lebih mudah menghitung.</w:t>
      </w:r>
    </w:p>
    <w:p w14:paraId="5AE753BE" w14:textId="77777777" w:rsidR="00444DE1" w:rsidRDefault="00FA55CF">
      <w:pPr>
        <w:spacing w:after="100"/>
      </w:pPr>
      <w:r>
        <w:rPr>
          <w:sz w:val="36"/>
        </w:rPr>
        <w:t>1. 8 + 5 = 8 + □ + □</w:t>
      </w:r>
    </w:p>
    <w:p w14:paraId="77848BEB" w14:textId="77777777" w:rsidR="00444DE1" w:rsidRDefault="00FA55CF">
      <w:pPr>
        <w:spacing w:after="100"/>
      </w:pPr>
      <w:r>
        <w:rPr>
          <w:sz w:val="36"/>
        </w:rPr>
        <w:t xml:space="preserve">   □ pertama = ______   □ kedua = ______   Hasil = ______</w:t>
      </w:r>
    </w:p>
    <w:p w14:paraId="32F8A5CA" w14:textId="77777777" w:rsidR="00444DE1" w:rsidRDefault="00FA55CF">
      <w:pPr>
        <w:spacing w:after="100"/>
      </w:pPr>
      <w:r>
        <w:rPr>
          <w:sz w:val="36"/>
        </w:rPr>
        <w:t>2. 9 + 4 = 9 + □ + □</w:t>
      </w:r>
    </w:p>
    <w:p w14:paraId="07FD141F" w14:textId="77777777" w:rsidR="00444DE1" w:rsidRDefault="00FA55CF">
      <w:pPr>
        <w:spacing w:after="100"/>
      </w:pPr>
      <w:r>
        <w:rPr>
          <w:sz w:val="36"/>
        </w:rPr>
        <w:t xml:space="preserve">   □ pertama = ______   □ kedua = ______   Hasil = ______</w:t>
      </w:r>
    </w:p>
    <w:p w14:paraId="12F9A5A8" w14:textId="77777777" w:rsidR="00444DE1" w:rsidRDefault="00FA55CF">
      <w:pPr>
        <w:spacing w:after="100"/>
      </w:pPr>
      <w:r>
        <w:rPr>
          <w:sz w:val="36"/>
        </w:rPr>
        <w:t>3. 7 + 6 = 7 + □ + □</w:t>
      </w:r>
    </w:p>
    <w:p w14:paraId="0E54E0F2" w14:textId="77777777" w:rsidR="00444DE1" w:rsidRDefault="00FA55CF">
      <w:pPr>
        <w:spacing w:after="100"/>
      </w:pPr>
      <w:r>
        <w:rPr>
          <w:sz w:val="36"/>
        </w:rPr>
        <w:t xml:space="preserve">   □ pertama = ______   □ kedua = ______   Hasil = ______</w:t>
      </w:r>
    </w:p>
    <w:p w14:paraId="69465F41" w14:textId="77777777" w:rsidR="00444DE1" w:rsidRDefault="00FA55CF">
      <w:pPr>
        <w:spacing w:after="100"/>
      </w:pPr>
      <w:r>
        <w:rPr>
          <w:sz w:val="36"/>
        </w:rPr>
        <w:t>4. 13 − 5 = 13 − □ − □</w:t>
      </w:r>
    </w:p>
    <w:p w14:paraId="4BC13B6C" w14:textId="77777777" w:rsidR="00444DE1" w:rsidRDefault="00FA55CF">
      <w:pPr>
        <w:spacing w:after="100"/>
      </w:pPr>
      <w:r>
        <w:rPr>
          <w:sz w:val="36"/>
        </w:rPr>
        <w:t xml:space="preserve">   □ pertama = ______   □ kedua = ______   Hasil = ______</w:t>
      </w:r>
    </w:p>
    <w:p w14:paraId="4F116CE9" w14:textId="77777777" w:rsidR="00444DE1" w:rsidRDefault="00FA55CF">
      <w:r>
        <w:br w:type="page"/>
      </w:r>
    </w:p>
    <w:p w14:paraId="6A8BF5D7" w14:textId="77777777" w:rsidR="00444DE1" w:rsidRDefault="00FA55CF">
      <w:pPr>
        <w:spacing w:after="100"/>
      </w:pPr>
      <w:r>
        <w:rPr>
          <w:b/>
          <w:sz w:val="40"/>
        </w:rPr>
        <w:lastRenderedPageBreak/>
        <w:t>CHAPTER 4 — MENGENAL BESAR DAN KECILNYA BILANGAN</w:t>
      </w:r>
    </w:p>
    <w:p w14:paraId="16633916" w14:textId="77777777" w:rsidR="00444DE1" w:rsidRDefault="00FA55CF">
      <w:pPr>
        <w:spacing w:after="100"/>
      </w:pPr>
      <w:r>
        <w:rPr>
          <w:b/>
          <w:sz w:val="32"/>
        </w:rPr>
        <w:t>Waktu: 4 menit</w:t>
      </w:r>
    </w:p>
    <w:p w14:paraId="7791BDC2" w14:textId="77777777" w:rsidR="00444DE1" w:rsidRDefault="00FA55CF">
      <w:pPr>
        <w:spacing w:after="100"/>
      </w:pPr>
      <w:r>
        <w:t>Perhatikan bilangan dengan teliti.</w:t>
      </w:r>
    </w:p>
    <w:p w14:paraId="2D29A13B" w14:textId="77777777" w:rsidR="00444DE1" w:rsidRDefault="00FA55CF">
      <w:pPr>
        <w:spacing w:after="100"/>
      </w:pPr>
      <w:r>
        <w:rPr>
          <w:sz w:val="32"/>
        </w:rPr>
        <w:t>1. Lingkari bilangan yang paling besar.</w:t>
      </w:r>
    </w:p>
    <w:p w14:paraId="311B21B0" w14:textId="77777777" w:rsidR="00444DE1" w:rsidRDefault="00FA55CF">
      <w:pPr>
        <w:spacing w:after="100"/>
      </w:pPr>
      <w:r>
        <w:rPr>
          <w:sz w:val="40"/>
        </w:rPr>
        <w:t xml:space="preserve">        7        12        9</w:t>
      </w:r>
    </w:p>
    <w:p w14:paraId="78E81AD3" w14:textId="77777777" w:rsidR="00444DE1" w:rsidRDefault="00FA55CF">
      <w:pPr>
        <w:spacing w:after="100"/>
      </w:pPr>
      <w:r>
        <w:rPr>
          <w:sz w:val="32"/>
        </w:rPr>
        <w:t>2. Lingkari bilangan yang paling kecil.</w:t>
      </w:r>
    </w:p>
    <w:p w14:paraId="7B5A1233" w14:textId="77777777" w:rsidR="00444DE1" w:rsidRDefault="00FA55CF">
      <w:pPr>
        <w:spacing w:after="100"/>
      </w:pPr>
      <w:r>
        <w:rPr>
          <w:sz w:val="40"/>
        </w:rPr>
        <w:t xml:space="preserve">        15        8        11</w:t>
      </w:r>
    </w:p>
    <w:p w14:paraId="497930FA" w14:textId="77777777" w:rsidR="00444DE1" w:rsidRDefault="00FA55CF">
      <w:pPr>
        <w:spacing w:after="100"/>
      </w:pPr>
      <w:r>
        <w:rPr>
          <w:sz w:val="32"/>
        </w:rPr>
        <w:t>3. Isi tanda &gt;, &lt;, atau =.</w:t>
      </w:r>
    </w:p>
    <w:p w14:paraId="4958C9CD" w14:textId="77777777" w:rsidR="00444DE1" w:rsidRDefault="00FA55CF">
      <w:pPr>
        <w:spacing w:after="100"/>
      </w:pPr>
      <w:r>
        <w:rPr>
          <w:sz w:val="40"/>
        </w:rPr>
        <w:t xml:space="preserve">        8   □   10</w:t>
      </w:r>
    </w:p>
    <w:p w14:paraId="6E429549" w14:textId="77777777" w:rsidR="00444DE1" w:rsidRDefault="00FA55CF">
      <w:pPr>
        <w:spacing w:after="100"/>
      </w:pPr>
      <w:r>
        <w:rPr>
          <w:sz w:val="40"/>
        </w:rPr>
        <w:t xml:space="preserve">        14   □   9</w:t>
      </w:r>
    </w:p>
    <w:p w14:paraId="0B660D3B" w14:textId="77777777" w:rsidR="00444DE1" w:rsidRDefault="00FA55CF">
      <w:pPr>
        <w:spacing w:after="100"/>
      </w:pPr>
      <w:r>
        <w:rPr>
          <w:sz w:val="32"/>
        </w:rPr>
        <w:t>4. Tuliskan bilangan yang tepat di antara 13 dan 15.</w:t>
      </w:r>
    </w:p>
    <w:p w14:paraId="65163FB6" w14:textId="77777777" w:rsidR="00444DE1" w:rsidRDefault="00FA55CF">
      <w:pPr>
        <w:spacing w:after="100"/>
      </w:pPr>
      <w:r>
        <w:rPr>
          <w:sz w:val="36"/>
        </w:rPr>
        <w:t>Jawaban: ________________</w:t>
      </w:r>
    </w:p>
    <w:p w14:paraId="21971A90" w14:textId="77777777" w:rsidR="00444DE1" w:rsidRDefault="00FA55CF">
      <w:r>
        <w:br w:type="page"/>
      </w:r>
    </w:p>
    <w:p w14:paraId="3CE2B9F0" w14:textId="77777777" w:rsidR="00444DE1" w:rsidRDefault="00FA55CF">
      <w:pPr>
        <w:spacing w:after="100"/>
      </w:pPr>
      <w:r>
        <w:rPr>
          <w:b/>
          <w:sz w:val="40"/>
        </w:rPr>
        <w:lastRenderedPageBreak/>
        <w:t>CHAPTER 5 — SOAL CERITA</w:t>
      </w:r>
    </w:p>
    <w:p w14:paraId="61040BCB" w14:textId="77777777" w:rsidR="00444DE1" w:rsidRDefault="00FA55CF">
      <w:pPr>
        <w:spacing w:after="100"/>
      </w:pPr>
      <w:r>
        <w:rPr>
          <w:b/>
          <w:sz w:val="32"/>
        </w:rPr>
        <w:t>Waktu: 4 menit</w:t>
      </w:r>
    </w:p>
    <w:p w14:paraId="73456241" w14:textId="77777777" w:rsidR="00444DE1" w:rsidRDefault="00FA55CF">
      <w:pPr>
        <w:spacing w:after="100"/>
      </w:pPr>
      <w:r>
        <w:t>Baca soal dengan teliti. Tuliskan persamaan dan jawabannya.</w:t>
      </w:r>
    </w:p>
    <w:p w14:paraId="47D74CF3" w14:textId="77777777" w:rsidR="00444DE1" w:rsidRDefault="00FA55CF">
      <w:pPr>
        <w:spacing w:after="100"/>
      </w:pPr>
      <w:r>
        <w:rPr>
          <w:sz w:val="32"/>
        </w:rPr>
        <w:t>1. Rina mempunyai 7 permen. Ibu memberi 5 permen lagi. Berapa permen Rina sekarang?</w:t>
      </w:r>
    </w:p>
    <w:p w14:paraId="29AFF180" w14:textId="77777777" w:rsidR="00444DE1" w:rsidRDefault="00FA55CF">
      <w:pPr>
        <w:spacing w:after="100"/>
      </w:pPr>
      <w:r>
        <w:rPr>
          <w:sz w:val="36"/>
        </w:rPr>
        <w:t>Persamaan: ________________________</w:t>
      </w:r>
    </w:p>
    <w:p w14:paraId="5DD09291" w14:textId="77777777" w:rsidR="00444DE1" w:rsidRDefault="00FA55CF">
      <w:pPr>
        <w:spacing w:after="100"/>
      </w:pPr>
      <w:r>
        <w:rPr>
          <w:sz w:val="36"/>
        </w:rPr>
        <w:t>Jawaban: ____________</w:t>
      </w:r>
    </w:p>
    <w:p w14:paraId="2593A110" w14:textId="77777777" w:rsidR="00444DE1" w:rsidRDefault="00FA55CF">
      <w:pPr>
        <w:spacing w:after="100"/>
      </w:pPr>
      <w:r>
        <w:rPr>
          <w:sz w:val="32"/>
        </w:rPr>
        <w:t>2. Ada 13 apel. 6 apel dimakan. Berapa apel yang tersisa?</w:t>
      </w:r>
    </w:p>
    <w:p w14:paraId="2B96BB3B" w14:textId="77777777" w:rsidR="00444DE1" w:rsidRDefault="00FA55CF">
      <w:pPr>
        <w:spacing w:after="100"/>
      </w:pPr>
      <w:r>
        <w:rPr>
          <w:sz w:val="36"/>
        </w:rPr>
        <w:t>Persamaan: ________________________</w:t>
      </w:r>
    </w:p>
    <w:p w14:paraId="509986CC" w14:textId="77777777" w:rsidR="00444DE1" w:rsidRDefault="00FA55CF">
      <w:pPr>
        <w:spacing w:after="100"/>
      </w:pPr>
      <w:r>
        <w:rPr>
          <w:sz w:val="36"/>
        </w:rPr>
        <w:t>Jawaban: ____________</w:t>
      </w:r>
    </w:p>
    <w:p w14:paraId="2CD51B13" w14:textId="77777777" w:rsidR="00444DE1" w:rsidRDefault="00FA55CF">
      <w:pPr>
        <w:spacing w:after="100"/>
      </w:pPr>
      <w:r>
        <w:rPr>
          <w:sz w:val="32"/>
        </w:rPr>
        <w:t>3. Ada 4 piring. Setiap piring berisi 2 kue. Berapa jumlah semua kue?</w:t>
      </w:r>
    </w:p>
    <w:p w14:paraId="067C6F03" w14:textId="77777777" w:rsidR="00444DE1" w:rsidRDefault="00FA55CF">
      <w:pPr>
        <w:spacing w:after="100"/>
      </w:pPr>
      <w:r>
        <w:rPr>
          <w:sz w:val="36"/>
        </w:rPr>
        <w:t>Persamaan: ________________________</w:t>
      </w:r>
    </w:p>
    <w:p w14:paraId="6EBB8806" w14:textId="77777777" w:rsidR="00444DE1" w:rsidRDefault="00FA55CF">
      <w:pPr>
        <w:spacing w:after="100"/>
      </w:pPr>
      <w:r>
        <w:rPr>
          <w:sz w:val="36"/>
        </w:rPr>
        <w:t>Jawaban: ____________</w:t>
      </w:r>
    </w:p>
    <w:p w14:paraId="2B5E4864" w14:textId="77777777" w:rsidR="00444DE1" w:rsidRDefault="00FA55CF">
      <w:r>
        <w:br w:type="page"/>
      </w:r>
    </w:p>
    <w:p w14:paraId="5B0BE1B1" w14:textId="77777777" w:rsidR="00444DE1" w:rsidRDefault="00FA55CF">
      <w:pPr>
        <w:spacing w:after="100"/>
      </w:pPr>
      <w:r>
        <w:rPr>
          <w:b/>
          <w:sz w:val="40"/>
        </w:rPr>
        <w:lastRenderedPageBreak/>
        <w:t>CHAPTER 6 — TENTANG BELAJAR MATEMATIKA</w:t>
      </w:r>
    </w:p>
    <w:p w14:paraId="71DE3A6F" w14:textId="77777777" w:rsidR="00444DE1" w:rsidRDefault="00FA55CF">
      <w:pPr>
        <w:spacing w:after="100"/>
      </w:pPr>
      <w:r>
        <w:rPr>
          <w:b/>
          <w:sz w:val="32"/>
        </w:rPr>
        <w:t>Waktu: 3–4 menit</w:t>
      </w:r>
    </w:p>
    <w:p w14:paraId="7574AD2E" w14:textId="77777777" w:rsidR="00444DE1" w:rsidRDefault="00FA55CF">
      <w:pPr>
        <w:spacing w:after="100"/>
      </w:pPr>
      <w:r>
        <w:t>Tidak ada jawaban benar atau salah. Pilih wajah yang paling sesuai dengan dirimu.</w:t>
      </w:r>
    </w:p>
    <w:p w14:paraId="1824BD77" w14:textId="77777777" w:rsidR="00444DE1" w:rsidRDefault="00FA55CF">
      <w:pPr>
        <w:spacing w:after="100"/>
      </w:pPr>
      <w:r>
        <w:rPr>
          <w:sz w:val="32"/>
        </w:rPr>
        <w:t>😊</w:t>
      </w:r>
      <w:r>
        <w:rPr>
          <w:sz w:val="32"/>
        </w:rPr>
        <w:t xml:space="preserve"> = Ya / Suka       </w:t>
      </w:r>
      <w:r>
        <w:rPr>
          <w:sz w:val="32"/>
        </w:rPr>
        <w:t>😐</w:t>
      </w:r>
      <w:r>
        <w:rPr>
          <w:sz w:val="32"/>
        </w:rPr>
        <w:t xml:space="preserve"> = Kadang-kadang       ☹ = Tidak / Tidak suka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2634"/>
        <w:gridCol w:w="2632"/>
        <w:gridCol w:w="2632"/>
        <w:gridCol w:w="2632"/>
      </w:tblGrid>
      <w:tr w:rsidR="00444DE1" w14:paraId="061EE492" w14:textId="77777777">
        <w:trPr>
          <w:jc w:val="center"/>
        </w:trPr>
        <w:tc>
          <w:tcPr>
            <w:tcW w:w="2635" w:type="dxa"/>
          </w:tcPr>
          <w:p w14:paraId="54854C88" w14:textId="77777777" w:rsidR="00444DE1" w:rsidRDefault="00FA55CF">
            <w:r>
              <w:rPr>
                <w:b/>
                <w:sz w:val="32"/>
              </w:rPr>
              <w:t>Pernyataan</w:t>
            </w:r>
          </w:p>
        </w:tc>
        <w:tc>
          <w:tcPr>
            <w:tcW w:w="2635" w:type="dxa"/>
          </w:tcPr>
          <w:p w14:paraId="18D5D021" w14:textId="77777777" w:rsidR="00444DE1" w:rsidRDefault="00FA55CF">
            <w:r>
              <w:rPr>
                <w:b/>
                <w:sz w:val="32"/>
              </w:rPr>
              <w:t>😊</w:t>
            </w:r>
          </w:p>
        </w:tc>
        <w:tc>
          <w:tcPr>
            <w:tcW w:w="2635" w:type="dxa"/>
          </w:tcPr>
          <w:p w14:paraId="5D9E49D8" w14:textId="77777777" w:rsidR="00444DE1" w:rsidRDefault="00FA55CF">
            <w:r>
              <w:rPr>
                <w:b/>
                <w:sz w:val="32"/>
              </w:rPr>
              <w:t>😐</w:t>
            </w:r>
          </w:p>
        </w:tc>
        <w:tc>
          <w:tcPr>
            <w:tcW w:w="2635" w:type="dxa"/>
          </w:tcPr>
          <w:p w14:paraId="1C83C4BA" w14:textId="77777777" w:rsidR="00444DE1" w:rsidRDefault="00FA55CF">
            <w:r>
              <w:rPr>
                <w:b/>
                <w:sz w:val="32"/>
              </w:rPr>
              <w:t>☹</w:t>
            </w:r>
          </w:p>
        </w:tc>
      </w:tr>
      <w:tr w:rsidR="00444DE1" w14:paraId="65920440" w14:textId="77777777">
        <w:trPr>
          <w:jc w:val="center"/>
        </w:trPr>
        <w:tc>
          <w:tcPr>
            <w:tcW w:w="2635" w:type="dxa"/>
          </w:tcPr>
          <w:p w14:paraId="6A337613" w14:textId="77777777" w:rsidR="00444DE1" w:rsidRDefault="00FA55CF">
            <w:r>
              <w:t>1. Saya suka belajar matematika.</w:t>
            </w:r>
          </w:p>
        </w:tc>
        <w:tc>
          <w:tcPr>
            <w:tcW w:w="2635" w:type="dxa"/>
          </w:tcPr>
          <w:p w14:paraId="5345AA37" w14:textId="77777777" w:rsidR="00444DE1" w:rsidRDefault="00FA55CF">
            <w:pPr>
              <w:jc w:val="center"/>
            </w:pPr>
            <w:r>
              <w:rPr>
                <w:sz w:val="40"/>
              </w:rPr>
              <w:t>□</w:t>
            </w:r>
          </w:p>
        </w:tc>
        <w:tc>
          <w:tcPr>
            <w:tcW w:w="2635" w:type="dxa"/>
          </w:tcPr>
          <w:p w14:paraId="329FEEBA" w14:textId="77777777" w:rsidR="00444DE1" w:rsidRDefault="00FA55CF">
            <w:pPr>
              <w:jc w:val="center"/>
            </w:pPr>
            <w:r>
              <w:rPr>
                <w:sz w:val="40"/>
              </w:rPr>
              <w:t>□</w:t>
            </w:r>
          </w:p>
        </w:tc>
        <w:tc>
          <w:tcPr>
            <w:tcW w:w="2635" w:type="dxa"/>
          </w:tcPr>
          <w:p w14:paraId="3C961AE1" w14:textId="77777777" w:rsidR="00444DE1" w:rsidRDefault="00FA55CF">
            <w:pPr>
              <w:jc w:val="center"/>
            </w:pPr>
            <w:r>
              <w:rPr>
                <w:sz w:val="40"/>
              </w:rPr>
              <w:t>□</w:t>
            </w:r>
          </w:p>
        </w:tc>
      </w:tr>
      <w:tr w:rsidR="00444DE1" w14:paraId="2E5A4F2E" w14:textId="77777777">
        <w:trPr>
          <w:jc w:val="center"/>
        </w:trPr>
        <w:tc>
          <w:tcPr>
            <w:tcW w:w="2635" w:type="dxa"/>
          </w:tcPr>
          <w:p w14:paraId="2DB9F546" w14:textId="77777777" w:rsidR="00444DE1" w:rsidRDefault="00FA55CF">
            <w:r>
              <w:t>2. Saya percaya diri saat menghitung.</w:t>
            </w:r>
          </w:p>
        </w:tc>
        <w:tc>
          <w:tcPr>
            <w:tcW w:w="2635" w:type="dxa"/>
          </w:tcPr>
          <w:p w14:paraId="52035918" w14:textId="77777777" w:rsidR="00444DE1" w:rsidRDefault="00FA55CF">
            <w:pPr>
              <w:jc w:val="center"/>
            </w:pPr>
            <w:r>
              <w:rPr>
                <w:sz w:val="40"/>
              </w:rPr>
              <w:t>□</w:t>
            </w:r>
          </w:p>
        </w:tc>
        <w:tc>
          <w:tcPr>
            <w:tcW w:w="2635" w:type="dxa"/>
          </w:tcPr>
          <w:p w14:paraId="657DBF50" w14:textId="77777777" w:rsidR="00444DE1" w:rsidRDefault="00FA55CF">
            <w:pPr>
              <w:jc w:val="center"/>
            </w:pPr>
            <w:r>
              <w:rPr>
                <w:sz w:val="40"/>
              </w:rPr>
              <w:t>□</w:t>
            </w:r>
          </w:p>
        </w:tc>
        <w:tc>
          <w:tcPr>
            <w:tcW w:w="2635" w:type="dxa"/>
          </w:tcPr>
          <w:p w14:paraId="242158D9" w14:textId="77777777" w:rsidR="00444DE1" w:rsidRDefault="00FA55CF">
            <w:pPr>
              <w:jc w:val="center"/>
            </w:pPr>
            <w:r>
              <w:rPr>
                <w:sz w:val="40"/>
              </w:rPr>
              <w:t>□</w:t>
            </w:r>
          </w:p>
        </w:tc>
      </w:tr>
      <w:tr w:rsidR="00444DE1" w14:paraId="6B9A5F98" w14:textId="77777777">
        <w:trPr>
          <w:jc w:val="center"/>
        </w:trPr>
        <w:tc>
          <w:tcPr>
            <w:tcW w:w="2635" w:type="dxa"/>
          </w:tcPr>
          <w:p w14:paraId="599C6316" w14:textId="77777777" w:rsidR="00444DE1" w:rsidRDefault="00FA55CF">
            <w:r>
              <w:t>3. Saya dapat menghitung tanpa menggunakan jari.</w:t>
            </w:r>
          </w:p>
        </w:tc>
        <w:tc>
          <w:tcPr>
            <w:tcW w:w="2635" w:type="dxa"/>
          </w:tcPr>
          <w:p w14:paraId="5F9238DA" w14:textId="77777777" w:rsidR="00444DE1" w:rsidRDefault="00FA55CF">
            <w:pPr>
              <w:jc w:val="center"/>
            </w:pPr>
            <w:r>
              <w:rPr>
                <w:sz w:val="40"/>
              </w:rPr>
              <w:t>□</w:t>
            </w:r>
          </w:p>
        </w:tc>
        <w:tc>
          <w:tcPr>
            <w:tcW w:w="2635" w:type="dxa"/>
          </w:tcPr>
          <w:p w14:paraId="079BF8B0" w14:textId="77777777" w:rsidR="00444DE1" w:rsidRDefault="00FA55CF">
            <w:pPr>
              <w:jc w:val="center"/>
            </w:pPr>
            <w:r>
              <w:rPr>
                <w:sz w:val="40"/>
              </w:rPr>
              <w:t>□</w:t>
            </w:r>
          </w:p>
        </w:tc>
        <w:tc>
          <w:tcPr>
            <w:tcW w:w="2635" w:type="dxa"/>
          </w:tcPr>
          <w:p w14:paraId="05A02439" w14:textId="77777777" w:rsidR="00444DE1" w:rsidRDefault="00FA55CF">
            <w:pPr>
              <w:jc w:val="center"/>
            </w:pPr>
            <w:r>
              <w:rPr>
                <w:sz w:val="40"/>
              </w:rPr>
              <w:t>□</w:t>
            </w:r>
          </w:p>
        </w:tc>
      </w:tr>
      <w:tr w:rsidR="00444DE1" w14:paraId="3D53A6F9" w14:textId="77777777">
        <w:trPr>
          <w:jc w:val="center"/>
        </w:trPr>
        <w:tc>
          <w:tcPr>
            <w:tcW w:w="2635" w:type="dxa"/>
          </w:tcPr>
          <w:p w14:paraId="1C522F99" w14:textId="77777777" w:rsidR="00444DE1" w:rsidRDefault="00FA55CF">
            <w:r>
              <w:t>4. Jika soal sulit, saya tetap mencoba.</w:t>
            </w:r>
          </w:p>
        </w:tc>
        <w:tc>
          <w:tcPr>
            <w:tcW w:w="2635" w:type="dxa"/>
          </w:tcPr>
          <w:p w14:paraId="17F8D148" w14:textId="77777777" w:rsidR="00444DE1" w:rsidRDefault="00FA55CF">
            <w:pPr>
              <w:jc w:val="center"/>
            </w:pPr>
            <w:r>
              <w:rPr>
                <w:sz w:val="40"/>
              </w:rPr>
              <w:t>□</w:t>
            </w:r>
          </w:p>
        </w:tc>
        <w:tc>
          <w:tcPr>
            <w:tcW w:w="2635" w:type="dxa"/>
          </w:tcPr>
          <w:p w14:paraId="3F8182AF" w14:textId="77777777" w:rsidR="00444DE1" w:rsidRDefault="00FA55CF">
            <w:pPr>
              <w:jc w:val="center"/>
            </w:pPr>
            <w:r>
              <w:rPr>
                <w:sz w:val="40"/>
              </w:rPr>
              <w:t>□</w:t>
            </w:r>
          </w:p>
        </w:tc>
        <w:tc>
          <w:tcPr>
            <w:tcW w:w="2635" w:type="dxa"/>
          </w:tcPr>
          <w:p w14:paraId="667F5102" w14:textId="77777777" w:rsidR="00444DE1" w:rsidRDefault="00FA55CF">
            <w:pPr>
              <w:jc w:val="center"/>
            </w:pPr>
            <w:r>
              <w:rPr>
                <w:sz w:val="40"/>
              </w:rPr>
              <w:t>□</w:t>
            </w:r>
          </w:p>
        </w:tc>
      </w:tr>
      <w:tr w:rsidR="00444DE1" w14:paraId="611DBF02" w14:textId="77777777">
        <w:trPr>
          <w:jc w:val="center"/>
        </w:trPr>
        <w:tc>
          <w:tcPr>
            <w:tcW w:w="2635" w:type="dxa"/>
          </w:tcPr>
          <w:p w14:paraId="4D3971DA" w14:textId="77777777" w:rsidR="00444DE1" w:rsidRDefault="00FA55CF">
            <w:r>
              <w:t>5. Saya ingin menjadi lebih baik dalam matematika.</w:t>
            </w:r>
          </w:p>
        </w:tc>
        <w:tc>
          <w:tcPr>
            <w:tcW w:w="2635" w:type="dxa"/>
          </w:tcPr>
          <w:p w14:paraId="2FD19868" w14:textId="77777777" w:rsidR="00444DE1" w:rsidRDefault="00FA55CF">
            <w:pPr>
              <w:jc w:val="center"/>
            </w:pPr>
            <w:r>
              <w:rPr>
                <w:sz w:val="40"/>
              </w:rPr>
              <w:t>□</w:t>
            </w:r>
          </w:p>
        </w:tc>
        <w:tc>
          <w:tcPr>
            <w:tcW w:w="2635" w:type="dxa"/>
          </w:tcPr>
          <w:p w14:paraId="16D089F4" w14:textId="77777777" w:rsidR="00444DE1" w:rsidRDefault="00FA55CF">
            <w:pPr>
              <w:jc w:val="center"/>
            </w:pPr>
            <w:r>
              <w:rPr>
                <w:sz w:val="40"/>
              </w:rPr>
              <w:t>□</w:t>
            </w:r>
          </w:p>
        </w:tc>
        <w:tc>
          <w:tcPr>
            <w:tcW w:w="2635" w:type="dxa"/>
          </w:tcPr>
          <w:p w14:paraId="594903A5" w14:textId="77777777" w:rsidR="00444DE1" w:rsidRDefault="00FA55CF">
            <w:pPr>
              <w:jc w:val="center"/>
            </w:pPr>
            <w:r>
              <w:rPr>
                <w:sz w:val="40"/>
              </w:rPr>
              <w:t>□</w:t>
            </w:r>
          </w:p>
        </w:tc>
      </w:tr>
    </w:tbl>
    <w:p w14:paraId="4D35A969" w14:textId="77777777" w:rsidR="00444DE1" w:rsidRDefault="00444DE1">
      <w:pPr>
        <w:spacing w:after="100"/>
      </w:pPr>
    </w:p>
    <w:p w14:paraId="1EB0FA63" w14:textId="77777777" w:rsidR="00444DE1" w:rsidRDefault="00FA55CF">
      <w:pPr>
        <w:spacing w:after="100"/>
        <w:jc w:val="center"/>
      </w:pPr>
      <w:r>
        <w:rPr>
          <w:b/>
          <w:sz w:val="32"/>
        </w:rPr>
        <w:t>SELESAI — Hebat! Kamu sudah menyelesaikan Sansu Go Challenge Test!</w:t>
      </w:r>
    </w:p>
    <w:sectPr w:rsidR="00444DE1" w:rsidSect="00034616">
      <w:footerReference w:type="default" r:id="rId8"/>
      <w:pgSz w:w="12240" w:h="15840"/>
      <w:pgMar w:top="794" w:right="850" w:bottom="794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2D21A" w14:textId="77777777" w:rsidR="00FA55CF" w:rsidRDefault="00FA55CF">
      <w:pPr>
        <w:spacing w:after="0" w:line="240" w:lineRule="auto"/>
      </w:pPr>
      <w:r>
        <w:separator/>
      </w:r>
    </w:p>
  </w:endnote>
  <w:endnote w:type="continuationSeparator" w:id="0">
    <w:p w14:paraId="071E2235" w14:textId="77777777" w:rsidR="00FA55CF" w:rsidRDefault="00FA5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F8804" w14:textId="77777777" w:rsidR="00444DE1" w:rsidRDefault="00FA55CF">
    <w:pPr>
      <w:pStyle w:val="a7"/>
      <w:jc w:val="center"/>
    </w:pPr>
    <w:r>
      <w:rPr>
        <w:sz w:val="20"/>
      </w:rPr>
      <w:t>Sansu Go Challenge Test — Grade 1–2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E4AE7" w14:textId="77777777" w:rsidR="00FA55CF" w:rsidRDefault="00FA55CF">
      <w:pPr>
        <w:spacing w:after="0" w:line="240" w:lineRule="auto"/>
      </w:pPr>
      <w:r>
        <w:separator/>
      </w:r>
    </w:p>
  </w:footnote>
  <w:footnote w:type="continuationSeparator" w:id="0">
    <w:p w14:paraId="1132E119" w14:textId="77777777" w:rsidR="00FA55CF" w:rsidRDefault="00FA55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79547495">
    <w:abstractNumId w:val="8"/>
  </w:num>
  <w:num w:numId="2" w16cid:durableId="627199995">
    <w:abstractNumId w:val="6"/>
  </w:num>
  <w:num w:numId="3" w16cid:durableId="163521846">
    <w:abstractNumId w:val="5"/>
  </w:num>
  <w:num w:numId="4" w16cid:durableId="1720279294">
    <w:abstractNumId w:val="4"/>
  </w:num>
  <w:num w:numId="5" w16cid:durableId="917862279">
    <w:abstractNumId w:val="7"/>
  </w:num>
  <w:num w:numId="6" w16cid:durableId="1631354367">
    <w:abstractNumId w:val="3"/>
  </w:num>
  <w:num w:numId="7" w16cid:durableId="381055602">
    <w:abstractNumId w:val="2"/>
  </w:num>
  <w:num w:numId="8" w16cid:durableId="1859269443">
    <w:abstractNumId w:val="1"/>
  </w:num>
  <w:num w:numId="9" w16cid:durableId="338048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44DE1"/>
    <w:rsid w:val="009B6FBA"/>
    <w:rsid w:val="00AA1D8D"/>
    <w:rsid w:val="00B47730"/>
    <w:rsid w:val="00CB0664"/>
    <w:rsid w:val="00EF213D"/>
    <w:rsid w:val="00FA55C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1CAC52"/>
  <w14:defaultImageDpi w14:val="300"/>
  <w15:docId w15:val="{B65454C0-65B8-4479-B873-3C7ECF90B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hAnsi="Arial"/>
      <w:sz w:val="3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573</Words>
  <Characters>2392</Characters>
  <Application>Microsoft Office Word</Application>
  <DocSecurity>0</DocSecurity>
  <Lines>140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Koji Ueda</cp:lastModifiedBy>
  <cp:revision>2</cp:revision>
  <dcterms:created xsi:type="dcterms:W3CDTF">2026-08-02T15:17:00Z</dcterms:created>
  <dcterms:modified xsi:type="dcterms:W3CDTF">2026-08-02T15:17:00Z</dcterms:modified>
  <cp:category/>
</cp:coreProperties>
</file>