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C45E8" w14:textId="77777777" w:rsidR="004B33F7" w:rsidRDefault="00BD51BB">
      <w:pPr>
        <w:spacing w:after="80"/>
        <w:jc w:val="center"/>
      </w:pPr>
      <w:r>
        <w:rPr>
          <w:b/>
          <w:sz w:val="48"/>
        </w:rPr>
        <w:t>SANSU GO</w:t>
      </w:r>
    </w:p>
    <w:p w14:paraId="3B92BBB5" w14:textId="77777777" w:rsidR="004B33F7" w:rsidRDefault="00BD51BB">
      <w:pPr>
        <w:spacing w:after="80"/>
        <w:jc w:val="center"/>
      </w:pPr>
      <w:r>
        <w:rPr>
          <w:b/>
          <w:sz w:val="44"/>
        </w:rPr>
        <w:t>CHALLENGE TEST</w:t>
      </w:r>
    </w:p>
    <w:p w14:paraId="0737F449" w14:textId="77777777" w:rsidR="004B33F7" w:rsidRDefault="00BD51BB">
      <w:pPr>
        <w:spacing w:after="80"/>
        <w:jc w:val="center"/>
      </w:pPr>
      <w:r>
        <w:rPr>
          <w:b/>
          <w:sz w:val="34"/>
        </w:rPr>
        <w:t>Grade 3–4</w:t>
      </w:r>
    </w:p>
    <w:p w14:paraId="08A34CB8" w14:textId="77777777" w:rsidR="004B33F7" w:rsidRDefault="004B33F7">
      <w:pPr>
        <w:spacing w:after="80"/>
      </w:pP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5266"/>
        <w:gridCol w:w="5264"/>
      </w:tblGrid>
      <w:tr w:rsidR="004B33F7" w14:paraId="2C91985B" w14:textId="77777777">
        <w:trPr>
          <w:jc w:val="center"/>
        </w:trPr>
        <w:tc>
          <w:tcPr>
            <w:tcW w:w="5270" w:type="dxa"/>
          </w:tcPr>
          <w:p w14:paraId="7BC2EB28" w14:textId="77777777" w:rsidR="004B33F7" w:rsidRDefault="00BD51BB">
            <w:r>
              <w:t>Nama: __________________________</w:t>
            </w:r>
          </w:p>
        </w:tc>
        <w:tc>
          <w:tcPr>
            <w:tcW w:w="5270" w:type="dxa"/>
          </w:tcPr>
          <w:p w14:paraId="7FC46632" w14:textId="77777777" w:rsidR="004B33F7" w:rsidRDefault="00BD51BB">
            <w:r>
              <w:t>Sekolah: ________________________</w:t>
            </w:r>
          </w:p>
        </w:tc>
      </w:tr>
      <w:tr w:rsidR="004B33F7" w14:paraId="0220F3C6" w14:textId="77777777">
        <w:trPr>
          <w:jc w:val="center"/>
        </w:trPr>
        <w:tc>
          <w:tcPr>
            <w:tcW w:w="5270" w:type="dxa"/>
          </w:tcPr>
          <w:p w14:paraId="688EAF33" w14:textId="77777777" w:rsidR="004B33F7" w:rsidRDefault="00BD51BB">
            <w:r>
              <w:t>Kelas: __________</w:t>
            </w:r>
          </w:p>
        </w:tc>
        <w:tc>
          <w:tcPr>
            <w:tcW w:w="5270" w:type="dxa"/>
          </w:tcPr>
          <w:p w14:paraId="44E4370E" w14:textId="77777777" w:rsidR="004B33F7" w:rsidRDefault="00BD51BB">
            <w:r>
              <w:t>Tanggal: ________________________</w:t>
            </w:r>
          </w:p>
        </w:tc>
      </w:tr>
    </w:tbl>
    <w:p w14:paraId="4534A4AF" w14:textId="77777777" w:rsidR="004B33F7" w:rsidRDefault="004B33F7">
      <w:pPr>
        <w:spacing w:after="80"/>
      </w:pPr>
    </w:p>
    <w:p w14:paraId="0F9E986F" w14:textId="77777777" w:rsidR="004B33F7" w:rsidRDefault="00BD51BB">
      <w:pPr>
        <w:spacing w:after="80"/>
      </w:pPr>
      <w:r>
        <w:rPr>
          <w:b/>
          <w:sz w:val="32"/>
        </w:rPr>
        <w:t>Petunjuk</w:t>
      </w:r>
    </w:p>
    <w:p w14:paraId="524A900C" w14:textId="77777777" w:rsidR="004B33F7" w:rsidRDefault="00BD51BB">
      <w:pPr>
        <w:pStyle w:val="a0"/>
      </w:pPr>
      <w:r>
        <w:t>Kerjakan setiap bagian sesuai waktu yang diberikan oleh guru.</w:t>
      </w:r>
    </w:p>
    <w:p w14:paraId="1184FF45" w14:textId="77777777" w:rsidR="004B33F7" w:rsidRDefault="00BD51BB">
      <w:pPr>
        <w:pStyle w:val="a0"/>
      </w:pPr>
      <w:r>
        <w:t>Jangan menggunakan kalkulator.</w:t>
      </w:r>
    </w:p>
    <w:p w14:paraId="3641A48D" w14:textId="77777777" w:rsidR="004B33F7" w:rsidRDefault="00BD51BB">
      <w:pPr>
        <w:pStyle w:val="a0"/>
      </w:pPr>
      <w:r>
        <w:t>Jika ada soal yang sulit, lanjutkan ke soal berikutnya.</w:t>
      </w:r>
    </w:p>
    <w:p w14:paraId="0F528EB1" w14:textId="77777777" w:rsidR="004B33F7" w:rsidRDefault="00BD51BB">
      <w:pPr>
        <w:pStyle w:val="a0"/>
      </w:pPr>
      <w:r>
        <w:t>Tulislah jawaban dengan jelas dan cukup besar.</w:t>
      </w:r>
    </w:p>
    <w:p w14:paraId="6D38CB21" w14:textId="77777777" w:rsidR="004B33F7" w:rsidRDefault="00BD51BB">
      <w:pPr>
        <w:pStyle w:val="a0"/>
      </w:pPr>
      <w:r>
        <w:t>Pada Chapter 5, tuliskan persamaan matematikanya saja. Tidak perlu menghitung jawabannya.</w:t>
      </w:r>
    </w:p>
    <w:p w14:paraId="36D59EFC" w14:textId="77777777" w:rsidR="004B33F7" w:rsidRDefault="00BD51BB">
      <w:pPr>
        <w:pStyle w:val="a0"/>
      </w:pPr>
      <w:r>
        <w:t>Pada Chapter 6, tidak ada jawaban benar atau salah. Jawablah sesuai keadaanmu.</w:t>
      </w:r>
    </w:p>
    <w:p w14:paraId="3C40F5E6" w14:textId="77777777" w:rsidR="004B33F7" w:rsidRDefault="00BD51BB">
      <w:pPr>
        <w:spacing w:after="80"/>
      </w:pPr>
      <w:r>
        <w:rPr>
          <w:b/>
        </w:rPr>
        <w:t>Perkiraan waktu keseluruhan: ±35 menit</w:t>
      </w:r>
    </w:p>
    <w:p w14:paraId="232655EB" w14:textId="77777777" w:rsidR="004B33F7" w:rsidRDefault="00BD51BB">
      <w:r>
        <w:br w:type="page"/>
      </w:r>
    </w:p>
    <w:p w14:paraId="10BAD84A" w14:textId="77777777" w:rsidR="004B33F7" w:rsidRDefault="00BD51BB">
      <w:pPr>
        <w:spacing w:after="80"/>
      </w:pPr>
      <w:r>
        <w:rPr>
          <w:b/>
          <w:sz w:val="38"/>
        </w:rPr>
        <w:lastRenderedPageBreak/>
        <w:t>CHAPTER 1-A — PENJUMLAHAN DAN PENGURANGAN</w:t>
      </w:r>
    </w:p>
    <w:p w14:paraId="6B084009" w14:textId="77777777" w:rsidR="004B33F7" w:rsidRDefault="00BD51BB">
      <w:pPr>
        <w:spacing w:after="80"/>
      </w:pPr>
      <w:r>
        <w:rPr>
          <w:b/>
          <w:sz w:val="30"/>
        </w:rPr>
        <w:t>Waktu: 7 menit</w:t>
      </w:r>
    </w:p>
    <w:p w14:paraId="368D791B" w14:textId="77777777" w:rsidR="004B33F7" w:rsidRDefault="00BD51BB">
      <w:pPr>
        <w:spacing w:after="80"/>
      </w:pPr>
      <w:r>
        <w:t>Kerjakan sebanyak mungkin dengan teliti. Tuliskan jawaban dengan jelas.</w:t>
      </w:r>
    </w:p>
    <w:p w14:paraId="6C6BC092" w14:textId="77777777" w:rsidR="004B33F7" w:rsidRDefault="00BD51BB">
      <w:pPr>
        <w:spacing w:after="80"/>
      </w:pPr>
      <w:r>
        <w:rPr>
          <w:b/>
          <w:sz w:val="30"/>
        </w:rPr>
        <w:t>A. Tanpa menyimpan atau meminjam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70"/>
        <w:gridCol w:w="5270"/>
      </w:tblGrid>
      <w:tr w:rsidR="004B33F7" w14:paraId="3A34EA19" w14:textId="77777777">
        <w:trPr>
          <w:jc w:val="center"/>
        </w:trPr>
        <w:tc>
          <w:tcPr>
            <w:tcW w:w="5270" w:type="dxa"/>
            <w:vAlign w:val="center"/>
          </w:tcPr>
          <w:p w14:paraId="7CC790FB" w14:textId="77777777" w:rsidR="004B33F7" w:rsidRDefault="00BD51BB">
            <w:r>
              <w:rPr>
                <w:sz w:val="36"/>
              </w:rPr>
              <w:t>1.  32 + 6 = __________________</w:t>
            </w:r>
          </w:p>
        </w:tc>
        <w:tc>
          <w:tcPr>
            <w:tcW w:w="5270" w:type="dxa"/>
            <w:vAlign w:val="center"/>
          </w:tcPr>
          <w:p w14:paraId="0F11D56A" w14:textId="77777777" w:rsidR="004B33F7" w:rsidRDefault="00BD51BB">
            <w:r>
              <w:rPr>
                <w:sz w:val="36"/>
              </w:rPr>
              <w:t>4.  78 − 26 = __________________</w:t>
            </w:r>
          </w:p>
        </w:tc>
      </w:tr>
      <w:tr w:rsidR="004B33F7" w14:paraId="04990BA6" w14:textId="77777777">
        <w:trPr>
          <w:jc w:val="center"/>
        </w:trPr>
        <w:tc>
          <w:tcPr>
            <w:tcW w:w="5270" w:type="dxa"/>
            <w:vAlign w:val="center"/>
          </w:tcPr>
          <w:p w14:paraId="1B058977" w14:textId="77777777" w:rsidR="004B33F7" w:rsidRDefault="00BD51BB">
            <w:r>
              <w:rPr>
                <w:sz w:val="36"/>
              </w:rPr>
              <w:t>2.  47 − 5 = __________________</w:t>
            </w:r>
          </w:p>
        </w:tc>
        <w:tc>
          <w:tcPr>
            <w:tcW w:w="5270" w:type="dxa"/>
            <w:vAlign w:val="center"/>
          </w:tcPr>
          <w:p w14:paraId="3E775F8A" w14:textId="77777777" w:rsidR="004B33F7" w:rsidRDefault="00BD51BB">
            <w:r>
              <w:rPr>
                <w:sz w:val="36"/>
              </w:rPr>
              <w:t>5.  41 + 38 = __________________</w:t>
            </w:r>
          </w:p>
        </w:tc>
      </w:tr>
      <w:tr w:rsidR="004B33F7" w14:paraId="52A6CC70" w14:textId="77777777">
        <w:trPr>
          <w:jc w:val="center"/>
        </w:trPr>
        <w:tc>
          <w:tcPr>
            <w:tcW w:w="5270" w:type="dxa"/>
            <w:vAlign w:val="center"/>
          </w:tcPr>
          <w:p w14:paraId="7E60A2F6" w14:textId="77777777" w:rsidR="004B33F7" w:rsidRDefault="00BD51BB">
            <w:r>
              <w:rPr>
                <w:sz w:val="36"/>
              </w:rPr>
              <w:t>3.  54 + 23 = __________________</w:t>
            </w:r>
          </w:p>
        </w:tc>
        <w:tc>
          <w:tcPr>
            <w:tcW w:w="5270" w:type="dxa"/>
          </w:tcPr>
          <w:p w14:paraId="5C58B864" w14:textId="77777777" w:rsidR="004B33F7" w:rsidRDefault="004B33F7"/>
        </w:tc>
      </w:tr>
    </w:tbl>
    <w:p w14:paraId="63FDC50B" w14:textId="77777777" w:rsidR="004B33F7" w:rsidRDefault="00BD51BB">
      <w:pPr>
        <w:spacing w:after="80"/>
      </w:pPr>
      <w:r>
        <w:rPr>
          <w:b/>
          <w:sz w:val="30"/>
        </w:rPr>
        <w:t>B. Dengan menyimpan atau meminjam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70"/>
        <w:gridCol w:w="5270"/>
      </w:tblGrid>
      <w:tr w:rsidR="004B33F7" w14:paraId="032FADE2" w14:textId="77777777">
        <w:trPr>
          <w:jc w:val="center"/>
        </w:trPr>
        <w:tc>
          <w:tcPr>
            <w:tcW w:w="5270" w:type="dxa"/>
            <w:vAlign w:val="center"/>
          </w:tcPr>
          <w:p w14:paraId="197D2777" w14:textId="77777777" w:rsidR="004B33F7" w:rsidRDefault="00BD51BB">
            <w:r>
              <w:rPr>
                <w:sz w:val="36"/>
              </w:rPr>
              <w:t>6.  18 + 7 = __________________</w:t>
            </w:r>
          </w:p>
        </w:tc>
        <w:tc>
          <w:tcPr>
            <w:tcW w:w="5270" w:type="dxa"/>
            <w:vAlign w:val="center"/>
          </w:tcPr>
          <w:p w14:paraId="715FCC5B" w14:textId="77777777" w:rsidR="004B33F7" w:rsidRDefault="00BD51BB">
            <w:r>
              <w:rPr>
                <w:sz w:val="36"/>
              </w:rPr>
              <w:t>11.  63 − 38 = __________________</w:t>
            </w:r>
          </w:p>
        </w:tc>
      </w:tr>
      <w:tr w:rsidR="004B33F7" w14:paraId="6CDF21C2" w14:textId="77777777">
        <w:trPr>
          <w:jc w:val="center"/>
        </w:trPr>
        <w:tc>
          <w:tcPr>
            <w:tcW w:w="5270" w:type="dxa"/>
            <w:vAlign w:val="center"/>
          </w:tcPr>
          <w:p w14:paraId="572E5D17" w14:textId="77777777" w:rsidR="004B33F7" w:rsidRDefault="00BD51BB">
            <w:r>
              <w:rPr>
                <w:sz w:val="36"/>
              </w:rPr>
              <w:t>7.  32 − 8 = __________________</w:t>
            </w:r>
          </w:p>
        </w:tc>
        <w:tc>
          <w:tcPr>
            <w:tcW w:w="5270" w:type="dxa"/>
            <w:vAlign w:val="center"/>
          </w:tcPr>
          <w:p w14:paraId="28B618B8" w14:textId="77777777" w:rsidR="004B33F7" w:rsidRDefault="00BD51BB">
            <w:r>
              <w:rPr>
                <w:sz w:val="36"/>
              </w:rPr>
              <w:t>12.  48 + 35 = __________________</w:t>
            </w:r>
          </w:p>
        </w:tc>
      </w:tr>
      <w:tr w:rsidR="004B33F7" w14:paraId="3AD152FB" w14:textId="77777777">
        <w:trPr>
          <w:jc w:val="center"/>
        </w:trPr>
        <w:tc>
          <w:tcPr>
            <w:tcW w:w="5270" w:type="dxa"/>
            <w:vAlign w:val="center"/>
          </w:tcPr>
          <w:p w14:paraId="471F044A" w14:textId="77777777" w:rsidR="004B33F7" w:rsidRDefault="00BD51BB">
            <w:r>
              <w:rPr>
                <w:sz w:val="36"/>
              </w:rPr>
              <w:t>8.  27 + 18 = __________________</w:t>
            </w:r>
          </w:p>
        </w:tc>
        <w:tc>
          <w:tcPr>
            <w:tcW w:w="5270" w:type="dxa"/>
            <w:vAlign w:val="center"/>
          </w:tcPr>
          <w:p w14:paraId="0BF46B9E" w14:textId="77777777" w:rsidR="004B33F7" w:rsidRDefault="00BD51BB">
            <w:r>
              <w:rPr>
                <w:sz w:val="36"/>
              </w:rPr>
              <w:t>13.  72 − 46 = __________________</w:t>
            </w:r>
          </w:p>
        </w:tc>
      </w:tr>
      <w:tr w:rsidR="004B33F7" w14:paraId="64CE5EAE" w14:textId="77777777">
        <w:trPr>
          <w:jc w:val="center"/>
        </w:trPr>
        <w:tc>
          <w:tcPr>
            <w:tcW w:w="5270" w:type="dxa"/>
            <w:vAlign w:val="center"/>
          </w:tcPr>
          <w:p w14:paraId="0B694513" w14:textId="77777777" w:rsidR="004B33F7" w:rsidRDefault="00BD51BB">
            <w:r>
              <w:rPr>
                <w:sz w:val="36"/>
              </w:rPr>
              <w:t>9.  51 − 27 = __________________</w:t>
            </w:r>
          </w:p>
        </w:tc>
        <w:tc>
          <w:tcPr>
            <w:tcW w:w="5270" w:type="dxa"/>
            <w:vAlign w:val="center"/>
          </w:tcPr>
          <w:p w14:paraId="608B8DDE" w14:textId="77777777" w:rsidR="004B33F7" w:rsidRDefault="00BD51BB">
            <w:r>
              <w:rPr>
                <w:sz w:val="36"/>
              </w:rPr>
              <w:t>14.  57 + 26 = __________________</w:t>
            </w:r>
          </w:p>
        </w:tc>
      </w:tr>
      <w:tr w:rsidR="004B33F7" w14:paraId="3733AC82" w14:textId="77777777">
        <w:trPr>
          <w:jc w:val="center"/>
        </w:trPr>
        <w:tc>
          <w:tcPr>
            <w:tcW w:w="5270" w:type="dxa"/>
            <w:vAlign w:val="center"/>
          </w:tcPr>
          <w:p w14:paraId="5C131BAA" w14:textId="77777777" w:rsidR="004B33F7" w:rsidRDefault="00BD51BB">
            <w:r>
              <w:rPr>
                <w:sz w:val="36"/>
              </w:rPr>
              <w:t>10.  36 + 27 = __________________</w:t>
            </w:r>
          </w:p>
        </w:tc>
        <w:tc>
          <w:tcPr>
            <w:tcW w:w="5270" w:type="dxa"/>
            <w:vAlign w:val="center"/>
          </w:tcPr>
          <w:p w14:paraId="64193C85" w14:textId="77777777" w:rsidR="004B33F7" w:rsidRDefault="00BD51BB">
            <w:r>
              <w:rPr>
                <w:sz w:val="36"/>
              </w:rPr>
              <w:t>15.  81 − 57 = __________________</w:t>
            </w:r>
          </w:p>
        </w:tc>
      </w:tr>
    </w:tbl>
    <w:p w14:paraId="546DCA2C" w14:textId="77777777" w:rsidR="004B33F7" w:rsidRDefault="00BD51BB">
      <w:r>
        <w:br w:type="page"/>
      </w:r>
    </w:p>
    <w:p w14:paraId="12F1D6C0" w14:textId="77777777" w:rsidR="004B33F7" w:rsidRDefault="00BD51BB">
      <w:pPr>
        <w:spacing w:after="80"/>
      </w:pPr>
      <w:r>
        <w:rPr>
          <w:b/>
          <w:sz w:val="38"/>
        </w:rPr>
        <w:lastRenderedPageBreak/>
        <w:t>CHAPTER 1-B — MEMECAH BILANGAN DAN MENGGUNAKAN 10 ATAU 100</w:t>
      </w:r>
    </w:p>
    <w:p w14:paraId="62C83247" w14:textId="77777777" w:rsidR="004B33F7" w:rsidRDefault="00BD51BB">
      <w:pPr>
        <w:spacing w:after="80"/>
      </w:pPr>
      <w:r>
        <w:rPr>
          <w:b/>
          <w:sz w:val="30"/>
        </w:rPr>
        <w:t>Waktu: 5 menit</w:t>
      </w:r>
    </w:p>
    <w:p w14:paraId="353DC647" w14:textId="77777777" w:rsidR="004B33F7" w:rsidRDefault="00BD51BB">
      <w:pPr>
        <w:spacing w:after="80"/>
      </w:pPr>
      <w:r>
        <w:t>Isi kotak (□) agar cara menghitung menjadi benar, lalu tuliskan hasil akhirnya.</w:t>
      </w:r>
    </w:p>
    <w:p w14:paraId="1DEC6EA2" w14:textId="77777777" w:rsidR="004B33F7" w:rsidRDefault="00BD51BB">
      <w:pPr>
        <w:spacing w:after="80"/>
      </w:pPr>
      <w:r>
        <w:rPr>
          <w:sz w:val="34"/>
        </w:rPr>
        <w:t>1. 8 + 7 = 8 + □ + □</w:t>
      </w:r>
    </w:p>
    <w:p w14:paraId="125CF25A" w14:textId="77777777" w:rsidR="004B33F7" w:rsidRDefault="00BD51BB">
      <w:pPr>
        <w:spacing w:after="80"/>
      </w:pPr>
      <w:r>
        <w:rPr>
          <w:sz w:val="36"/>
        </w:rPr>
        <w:t xml:space="preserve">   □ pertama = ______   □ kedua = ______   Hasil = __________</w:t>
      </w:r>
    </w:p>
    <w:p w14:paraId="12CA34B3" w14:textId="77777777" w:rsidR="004B33F7" w:rsidRDefault="00BD51BB">
      <w:pPr>
        <w:spacing w:after="80"/>
      </w:pPr>
      <w:r>
        <w:rPr>
          <w:sz w:val="34"/>
        </w:rPr>
        <w:t>2. 9 + 6 = 9 + □ + □</w:t>
      </w:r>
    </w:p>
    <w:p w14:paraId="72546DDF" w14:textId="77777777" w:rsidR="004B33F7" w:rsidRDefault="00BD51BB">
      <w:pPr>
        <w:spacing w:after="80"/>
      </w:pPr>
      <w:r>
        <w:rPr>
          <w:sz w:val="36"/>
        </w:rPr>
        <w:t xml:space="preserve">   □ pertama = ______   □ kedua = ______   Hasil = __________</w:t>
      </w:r>
    </w:p>
    <w:p w14:paraId="2C0802B8" w14:textId="77777777" w:rsidR="004B33F7" w:rsidRDefault="00BD51BB">
      <w:pPr>
        <w:spacing w:after="80"/>
      </w:pPr>
      <w:r>
        <w:rPr>
          <w:sz w:val="34"/>
        </w:rPr>
        <w:t>3. 38 + 7 = 38 + □ + □</w:t>
      </w:r>
    </w:p>
    <w:p w14:paraId="4A5D0650" w14:textId="77777777" w:rsidR="004B33F7" w:rsidRDefault="00BD51BB">
      <w:pPr>
        <w:spacing w:after="80"/>
      </w:pPr>
      <w:r>
        <w:rPr>
          <w:sz w:val="36"/>
        </w:rPr>
        <w:t xml:space="preserve">   □ pertama = ______   □ kedua = ______   Hasil = __________</w:t>
      </w:r>
    </w:p>
    <w:p w14:paraId="6DC8111D" w14:textId="77777777" w:rsidR="004B33F7" w:rsidRDefault="00BD51BB">
      <w:pPr>
        <w:spacing w:after="80"/>
      </w:pPr>
      <w:r>
        <w:rPr>
          <w:sz w:val="34"/>
        </w:rPr>
        <w:t>4. 47 + 6 = 47 + □ + □</w:t>
      </w:r>
    </w:p>
    <w:p w14:paraId="2F456E83" w14:textId="77777777" w:rsidR="004B33F7" w:rsidRDefault="00BD51BB">
      <w:pPr>
        <w:spacing w:after="80"/>
      </w:pPr>
      <w:r>
        <w:rPr>
          <w:sz w:val="36"/>
        </w:rPr>
        <w:t xml:space="preserve">   □ pertama = ______   □ kedua = ______   Hasil = __________</w:t>
      </w:r>
    </w:p>
    <w:p w14:paraId="15AD5D80" w14:textId="77777777" w:rsidR="004B33F7" w:rsidRDefault="00BD51BB">
      <w:pPr>
        <w:spacing w:after="80"/>
      </w:pPr>
      <w:r>
        <w:rPr>
          <w:sz w:val="34"/>
        </w:rPr>
        <w:t>5. 97 + 8 = 100 + □</w:t>
      </w:r>
    </w:p>
    <w:p w14:paraId="36E8BD09" w14:textId="77777777" w:rsidR="004B33F7" w:rsidRDefault="00BD51BB">
      <w:pPr>
        <w:spacing w:after="80"/>
      </w:pPr>
      <w:r>
        <w:rPr>
          <w:sz w:val="36"/>
        </w:rPr>
        <w:t xml:space="preserve">   □ = __________   Hasil = __________</w:t>
      </w:r>
    </w:p>
    <w:p w14:paraId="19A8CB54" w14:textId="77777777" w:rsidR="004B33F7" w:rsidRDefault="00BD51BB">
      <w:pPr>
        <w:spacing w:after="80"/>
      </w:pPr>
      <w:r>
        <w:rPr>
          <w:sz w:val="34"/>
        </w:rPr>
        <w:t>6. 102 − 98 = □</w:t>
      </w:r>
    </w:p>
    <w:p w14:paraId="7B8D0CCF" w14:textId="77777777" w:rsidR="004B33F7" w:rsidRDefault="00BD51BB">
      <w:pPr>
        <w:spacing w:after="80"/>
      </w:pPr>
      <w:r>
        <w:rPr>
          <w:sz w:val="36"/>
        </w:rPr>
        <w:t xml:space="preserve">   Hasil = __________________</w:t>
      </w:r>
    </w:p>
    <w:p w14:paraId="6D316359" w14:textId="77777777" w:rsidR="004B33F7" w:rsidRDefault="00BD51BB">
      <w:r>
        <w:br w:type="page"/>
      </w:r>
    </w:p>
    <w:p w14:paraId="1ABD3ACE" w14:textId="77777777" w:rsidR="004B33F7" w:rsidRDefault="00BD51BB">
      <w:pPr>
        <w:spacing w:after="80"/>
      </w:pPr>
      <w:r>
        <w:rPr>
          <w:b/>
          <w:sz w:val="38"/>
        </w:rPr>
        <w:lastRenderedPageBreak/>
        <w:t>CHAPTER 2 — PERKALIAN DASAR</w:t>
      </w:r>
    </w:p>
    <w:p w14:paraId="6885B2D8" w14:textId="77777777" w:rsidR="004B33F7" w:rsidRDefault="00BD51BB">
      <w:pPr>
        <w:spacing w:after="80"/>
      </w:pPr>
      <w:r>
        <w:rPr>
          <w:b/>
          <w:sz w:val="30"/>
        </w:rPr>
        <w:t>Waktu: 3 menit</w:t>
      </w:r>
    </w:p>
    <w:p w14:paraId="6C2B09A5" w14:textId="77777777" w:rsidR="004B33F7" w:rsidRDefault="00BD51BB">
      <w:pPr>
        <w:spacing w:after="80"/>
      </w:pPr>
      <w:r>
        <w:t>Kerjakan 15 soal berikut secepat dan setepat mungkin.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70"/>
        <w:gridCol w:w="5270"/>
      </w:tblGrid>
      <w:tr w:rsidR="004B33F7" w14:paraId="7271B977" w14:textId="77777777">
        <w:trPr>
          <w:jc w:val="center"/>
        </w:trPr>
        <w:tc>
          <w:tcPr>
            <w:tcW w:w="5270" w:type="dxa"/>
            <w:vAlign w:val="center"/>
          </w:tcPr>
          <w:p w14:paraId="4A1DDE7A" w14:textId="77777777" w:rsidR="004B33F7" w:rsidRDefault="00BD51BB">
            <w:r>
              <w:rPr>
                <w:sz w:val="36"/>
              </w:rPr>
              <w:t>1.  2 × 6 = __________________</w:t>
            </w:r>
          </w:p>
        </w:tc>
        <w:tc>
          <w:tcPr>
            <w:tcW w:w="5270" w:type="dxa"/>
            <w:vAlign w:val="center"/>
          </w:tcPr>
          <w:p w14:paraId="76ECB892" w14:textId="77777777" w:rsidR="004B33F7" w:rsidRDefault="00BD51BB">
            <w:r>
              <w:rPr>
                <w:sz w:val="36"/>
              </w:rPr>
              <w:t>9.  6 × 9 = __________________</w:t>
            </w:r>
          </w:p>
        </w:tc>
      </w:tr>
      <w:tr w:rsidR="004B33F7" w14:paraId="67ACEE12" w14:textId="77777777">
        <w:trPr>
          <w:jc w:val="center"/>
        </w:trPr>
        <w:tc>
          <w:tcPr>
            <w:tcW w:w="5270" w:type="dxa"/>
            <w:vAlign w:val="center"/>
          </w:tcPr>
          <w:p w14:paraId="0FE4F0F6" w14:textId="77777777" w:rsidR="004B33F7" w:rsidRDefault="00BD51BB">
            <w:r>
              <w:rPr>
                <w:sz w:val="36"/>
              </w:rPr>
              <w:t>2.  5 × 7 = __________________</w:t>
            </w:r>
          </w:p>
        </w:tc>
        <w:tc>
          <w:tcPr>
            <w:tcW w:w="5270" w:type="dxa"/>
            <w:vAlign w:val="center"/>
          </w:tcPr>
          <w:p w14:paraId="5CFCC20A" w14:textId="77777777" w:rsidR="004B33F7" w:rsidRDefault="00BD51BB">
            <w:r>
              <w:rPr>
                <w:sz w:val="36"/>
              </w:rPr>
              <w:t>10.  7 × 7 = __________________</w:t>
            </w:r>
          </w:p>
        </w:tc>
      </w:tr>
      <w:tr w:rsidR="004B33F7" w14:paraId="6D521CF1" w14:textId="77777777">
        <w:trPr>
          <w:jc w:val="center"/>
        </w:trPr>
        <w:tc>
          <w:tcPr>
            <w:tcW w:w="5270" w:type="dxa"/>
            <w:vAlign w:val="center"/>
          </w:tcPr>
          <w:p w14:paraId="70360CB7" w14:textId="77777777" w:rsidR="004B33F7" w:rsidRDefault="00BD51BB">
            <w:r>
              <w:rPr>
                <w:sz w:val="36"/>
              </w:rPr>
              <w:t>3.  3 × 4 = __________________</w:t>
            </w:r>
          </w:p>
        </w:tc>
        <w:tc>
          <w:tcPr>
            <w:tcW w:w="5270" w:type="dxa"/>
            <w:vAlign w:val="center"/>
          </w:tcPr>
          <w:p w14:paraId="6492C310" w14:textId="77777777" w:rsidR="004B33F7" w:rsidRDefault="00BD51BB">
            <w:r>
              <w:rPr>
                <w:sz w:val="36"/>
              </w:rPr>
              <w:t>11.  8 × 6 = __________________</w:t>
            </w:r>
          </w:p>
        </w:tc>
      </w:tr>
      <w:tr w:rsidR="004B33F7" w14:paraId="2F2F35A4" w14:textId="77777777">
        <w:trPr>
          <w:jc w:val="center"/>
        </w:trPr>
        <w:tc>
          <w:tcPr>
            <w:tcW w:w="5270" w:type="dxa"/>
            <w:vAlign w:val="center"/>
          </w:tcPr>
          <w:p w14:paraId="022D4B7B" w14:textId="77777777" w:rsidR="004B33F7" w:rsidRDefault="00BD51BB">
            <w:r>
              <w:rPr>
                <w:sz w:val="36"/>
              </w:rPr>
              <w:t>4.  4 × 6 = __________________</w:t>
            </w:r>
          </w:p>
        </w:tc>
        <w:tc>
          <w:tcPr>
            <w:tcW w:w="5270" w:type="dxa"/>
            <w:vAlign w:val="center"/>
          </w:tcPr>
          <w:p w14:paraId="1EB55FF6" w14:textId="77777777" w:rsidR="004B33F7" w:rsidRDefault="00BD51BB">
            <w:r>
              <w:rPr>
                <w:sz w:val="36"/>
              </w:rPr>
              <w:t>12.  9 × 5 = __________________</w:t>
            </w:r>
          </w:p>
        </w:tc>
      </w:tr>
      <w:tr w:rsidR="004B33F7" w14:paraId="1283A6B4" w14:textId="77777777">
        <w:trPr>
          <w:jc w:val="center"/>
        </w:trPr>
        <w:tc>
          <w:tcPr>
            <w:tcW w:w="5270" w:type="dxa"/>
            <w:vAlign w:val="center"/>
          </w:tcPr>
          <w:p w14:paraId="412993D1" w14:textId="77777777" w:rsidR="004B33F7" w:rsidRDefault="00BD51BB">
            <w:r>
              <w:rPr>
                <w:sz w:val="36"/>
              </w:rPr>
              <w:t>5.  6 × 7 = __________________</w:t>
            </w:r>
          </w:p>
        </w:tc>
        <w:tc>
          <w:tcPr>
            <w:tcW w:w="5270" w:type="dxa"/>
            <w:vAlign w:val="center"/>
          </w:tcPr>
          <w:p w14:paraId="73189E73" w14:textId="77777777" w:rsidR="004B33F7" w:rsidRDefault="00BD51BB">
            <w:r>
              <w:rPr>
                <w:sz w:val="36"/>
              </w:rPr>
              <w:t>13.  4 × 8 = __________________</w:t>
            </w:r>
          </w:p>
        </w:tc>
      </w:tr>
      <w:tr w:rsidR="004B33F7" w14:paraId="7B810E0E" w14:textId="77777777">
        <w:trPr>
          <w:jc w:val="center"/>
        </w:trPr>
        <w:tc>
          <w:tcPr>
            <w:tcW w:w="5270" w:type="dxa"/>
            <w:vAlign w:val="center"/>
          </w:tcPr>
          <w:p w14:paraId="5F9F03DB" w14:textId="77777777" w:rsidR="004B33F7" w:rsidRDefault="00BD51BB">
            <w:r>
              <w:rPr>
                <w:sz w:val="36"/>
              </w:rPr>
              <w:t>6.  7 × 8 = __________________</w:t>
            </w:r>
          </w:p>
        </w:tc>
        <w:tc>
          <w:tcPr>
            <w:tcW w:w="5270" w:type="dxa"/>
            <w:vAlign w:val="center"/>
          </w:tcPr>
          <w:p w14:paraId="7263D8CC" w14:textId="77777777" w:rsidR="004B33F7" w:rsidRDefault="00BD51BB">
            <w:r>
              <w:rPr>
                <w:sz w:val="36"/>
              </w:rPr>
              <w:t>14.  3 × 9 = __________________</w:t>
            </w:r>
          </w:p>
        </w:tc>
      </w:tr>
      <w:tr w:rsidR="004B33F7" w14:paraId="62E1E30F" w14:textId="77777777">
        <w:trPr>
          <w:jc w:val="center"/>
        </w:trPr>
        <w:tc>
          <w:tcPr>
            <w:tcW w:w="5270" w:type="dxa"/>
            <w:vAlign w:val="center"/>
          </w:tcPr>
          <w:p w14:paraId="21052A58" w14:textId="77777777" w:rsidR="004B33F7" w:rsidRDefault="00BD51BB">
            <w:r>
              <w:rPr>
                <w:sz w:val="36"/>
              </w:rPr>
              <w:t>7.  8 × 4 = __________________</w:t>
            </w:r>
          </w:p>
        </w:tc>
        <w:tc>
          <w:tcPr>
            <w:tcW w:w="5270" w:type="dxa"/>
            <w:vAlign w:val="center"/>
          </w:tcPr>
          <w:p w14:paraId="5E36442A" w14:textId="77777777" w:rsidR="004B33F7" w:rsidRDefault="00BD51BB">
            <w:r>
              <w:rPr>
                <w:sz w:val="36"/>
              </w:rPr>
              <w:t>15.  8 × 9 = __________________</w:t>
            </w:r>
          </w:p>
        </w:tc>
      </w:tr>
      <w:tr w:rsidR="004B33F7" w14:paraId="0872AC0F" w14:textId="77777777">
        <w:trPr>
          <w:jc w:val="center"/>
        </w:trPr>
        <w:tc>
          <w:tcPr>
            <w:tcW w:w="5270" w:type="dxa"/>
            <w:vAlign w:val="center"/>
          </w:tcPr>
          <w:p w14:paraId="0ED0B48F" w14:textId="77777777" w:rsidR="004B33F7" w:rsidRDefault="00BD51BB">
            <w:r>
              <w:rPr>
                <w:sz w:val="36"/>
              </w:rPr>
              <w:t>8.  9 × 3 = __________________</w:t>
            </w:r>
          </w:p>
        </w:tc>
        <w:tc>
          <w:tcPr>
            <w:tcW w:w="5270" w:type="dxa"/>
          </w:tcPr>
          <w:p w14:paraId="77AB79F5" w14:textId="77777777" w:rsidR="004B33F7" w:rsidRDefault="004B33F7"/>
        </w:tc>
      </w:tr>
    </w:tbl>
    <w:p w14:paraId="323F7F43" w14:textId="77777777" w:rsidR="004B33F7" w:rsidRDefault="00BD51BB">
      <w:r>
        <w:br w:type="page"/>
      </w:r>
    </w:p>
    <w:p w14:paraId="4901EF94" w14:textId="77777777" w:rsidR="004B33F7" w:rsidRDefault="00BD51BB">
      <w:pPr>
        <w:spacing w:after="80"/>
      </w:pPr>
      <w:r>
        <w:rPr>
          <w:b/>
          <w:sz w:val="38"/>
        </w:rPr>
        <w:lastRenderedPageBreak/>
        <w:t>CHAPTER 3 — MEMECAH PERKALIAN</w:t>
      </w:r>
    </w:p>
    <w:p w14:paraId="6A50CA1E" w14:textId="77777777" w:rsidR="004B33F7" w:rsidRDefault="00BD51BB">
      <w:pPr>
        <w:spacing w:after="80"/>
      </w:pPr>
      <w:r>
        <w:rPr>
          <w:b/>
          <w:sz w:val="30"/>
        </w:rPr>
        <w:t>Waktu: 5 menit</w:t>
      </w:r>
    </w:p>
    <w:p w14:paraId="3866DA6F" w14:textId="77777777" w:rsidR="004B33F7" w:rsidRDefault="00BD51BB">
      <w:pPr>
        <w:spacing w:after="80"/>
      </w:pPr>
      <w:r>
        <w:t>Isi angka yang tepat pada kotak (□), lalu hitung hasil akhirnya. Tuliskan angka di dalam kotak dan hasil perkaliannya.</w:t>
      </w:r>
    </w:p>
    <w:p w14:paraId="5CD69FA0" w14:textId="77777777" w:rsidR="004B33F7" w:rsidRDefault="00BD51BB">
      <w:pPr>
        <w:spacing w:after="80"/>
      </w:pPr>
      <w:r>
        <w:rPr>
          <w:sz w:val="34"/>
        </w:rPr>
        <w:t>1. 7 × 6 = 5 × 6 + □ × 6</w:t>
      </w:r>
    </w:p>
    <w:p w14:paraId="30B6AC05" w14:textId="77777777" w:rsidR="004B33F7" w:rsidRDefault="00BD51BB">
      <w:pPr>
        <w:spacing w:after="80"/>
      </w:pPr>
      <w:r>
        <w:rPr>
          <w:sz w:val="36"/>
        </w:rPr>
        <w:t xml:space="preserve">   □ = __________        Hasil akhir = __________________</w:t>
      </w:r>
    </w:p>
    <w:p w14:paraId="6AF20F0F" w14:textId="77777777" w:rsidR="004B33F7" w:rsidRDefault="00BD51BB">
      <w:pPr>
        <w:spacing w:after="80"/>
      </w:pPr>
      <w:r>
        <w:rPr>
          <w:sz w:val="34"/>
        </w:rPr>
        <w:t>2. 8 × 4 = 5 × 4 + □ × 4</w:t>
      </w:r>
    </w:p>
    <w:p w14:paraId="6338AB15" w14:textId="77777777" w:rsidR="004B33F7" w:rsidRDefault="00BD51BB">
      <w:pPr>
        <w:spacing w:after="80"/>
      </w:pPr>
      <w:r>
        <w:rPr>
          <w:sz w:val="36"/>
        </w:rPr>
        <w:t xml:space="preserve">   □ = __________        Hasil akhir = __________________</w:t>
      </w:r>
    </w:p>
    <w:p w14:paraId="10082F8E" w14:textId="77777777" w:rsidR="004B33F7" w:rsidRDefault="00BD51BB">
      <w:pPr>
        <w:spacing w:after="80"/>
      </w:pPr>
      <w:r>
        <w:rPr>
          <w:sz w:val="34"/>
        </w:rPr>
        <w:t>3. 6 × 7 = 5 × 7 + □ × 7</w:t>
      </w:r>
    </w:p>
    <w:p w14:paraId="251515C8" w14:textId="77777777" w:rsidR="004B33F7" w:rsidRDefault="00BD51BB">
      <w:pPr>
        <w:spacing w:after="80"/>
      </w:pPr>
      <w:r>
        <w:rPr>
          <w:sz w:val="36"/>
        </w:rPr>
        <w:t xml:space="preserve">   □ = __________        Hasil akhir = __________________</w:t>
      </w:r>
    </w:p>
    <w:p w14:paraId="34F1602A" w14:textId="77777777" w:rsidR="004B33F7" w:rsidRDefault="00BD51BB">
      <w:pPr>
        <w:spacing w:after="80"/>
      </w:pPr>
      <w:r>
        <w:rPr>
          <w:sz w:val="34"/>
        </w:rPr>
        <w:t>4. 9 × 3 = 10 × 3 − □ × 3</w:t>
      </w:r>
    </w:p>
    <w:p w14:paraId="2B03022D" w14:textId="77777777" w:rsidR="004B33F7" w:rsidRDefault="00BD51BB">
      <w:pPr>
        <w:spacing w:after="80"/>
      </w:pPr>
      <w:r>
        <w:rPr>
          <w:sz w:val="36"/>
        </w:rPr>
        <w:t xml:space="preserve">   □ = __________        Hasil akhir = __________________</w:t>
      </w:r>
    </w:p>
    <w:p w14:paraId="2D7746CD" w14:textId="77777777" w:rsidR="004B33F7" w:rsidRDefault="00BD51BB">
      <w:pPr>
        <w:spacing w:after="80"/>
      </w:pPr>
      <w:r>
        <w:rPr>
          <w:sz w:val="34"/>
        </w:rPr>
        <w:t>5. 12 × 3 = 10 × 3 + □ × 3</w:t>
      </w:r>
    </w:p>
    <w:p w14:paraId="53E3E0C4" w14:textId="77777777" w:rsidR="004B33F7" w:rsidRDefault="00BD51BB">
      <w:pPr>
        <w:spacing w:after="80"/>
      </w:pPr>
      <w:r>
        <w:rPr>
          <w:sz w:val="36"/>
        </w:rPr>
        <w:t xml:space="preserve">   □ = __________        Hasil akhir = __________________</w:t>
      </w:r>
    </w:p>
    <w:p w14:paraId="6832A52E" w14:textId="77777777" w:rsidR="004B33F7" w:rsidRDefault="00BD51BB">
      <w:pPr>
        <w:spacing w:after="80"/>
      </w:pPr>
      <w:r>
        <w:rPr>
          <w:sz w:val="34"/>
        </w:rPr>
        <w:t>6. 13 × 4 = 10 × 4 + □ × 4</w:t>
      </w:r>
    </w:p>
    <w:p w14:paraId="79F7B7B7" w14:textId="77777777" w:rsidR="004B33F7" w:rsidRDefault="00BD51BB">
      <w:pPr>
        <w:spacing w:after="80"/>
      </w:pPr>
      <w:r>
        <w:rPr>
          <w:sz w:val="36"/>
        </w:rPr>
        <w:t xml:space="preserve">   □ = __________        Hasil akhir = __________________</w:t>
      </w:r>
    </w:p>
    <w:p w14:paraId="2F4FD7CD" w14:textId="77777777" w:rsidR="004B33F7" w:rsidRDefault="00BD51BB">
      <w:r>
        <w:br w:type="page"/>
      </w:r>
    </w:p>
    <w:p w14:paraId="251691BD" w14:textId="77777777" w:rsidR="004B33F7" w:rsidRDefault="00BD51BB">
      <w:pPr>
        <w:spacing w:after="80"/>
      </w:pPr>
      <w:r>
        <w:rPr>
          <w:b/>
          <w:sz w:val="38"/>
        </w:rPr>
        <w:lastRenderedPageBreak/>
        <w:t>CHAPTER 4 — ARTI PERKALIAN DAN PEMBAGIAN</w:t>
      </w:r>
    </w:p>
    <w:p w14:paraId="6DE1D753" w14:textId="77777777" w:rsidR="004B33F7" w:rsidRDefault="00BD51BB">
      <w:pPr>
        <w:spacing w:after="80"/>
      </w:pPr>
      <w:r>
        <w:rPr>
          <w:b/>
          <w:sz w:val="30"/>
        </w:rPr>
        <w:t>Waktu: 6 menit</w:t>
      </w:r>
    </w:p>
    <w:p w14:paraId="0C0E78ED" w14:textId="77777777" w:rsidR="004B33F7" w:rsidRDefault="00BD51BB">
      <w:pPr>
        <w:spacing w:after="80"/>
      </w:pPr>
      <w:r>
        <w:t>Perhatikan hubungan antara perkalian dan pembagian. Baca soal cerita dengan teliti.</w:t>
      </w:r>
    </w:p>
    <w:p w14:paraId="2241D39F" w14:textId="77777777" w:rsidR="004B33F7" w:rsidRPr="007A7055" w:rsidRDefault="00BD51BB">
      <w:pPr>
        <w:spacing w:after="80"/>
        <w:rPr>
          <w:sz w:val="24"/>
          <w:szCs w:val="21"/>
        </w:rPr>
      </w:pPr>
      <w:r w:rsidRPr="007A7055">
        <w:rPr>
          <w:b/>
          <w:szCs w:val="21"/>
        </w:rPr>
        <w:t>A. Hubungan perkalian dan pembagian</w:t>
      </w:r>
    </w:p>
    <w:p w14:paraId="52604517" w14:textId="77777777" w:rsidR="004B33F7" w:rsidRPr="007A7055" w:rsidRDefault="00BD51BB">
      <w:pPr>
        <w:spacing w:after="80"/>
        <w:rPr>
          <w:sz w:val="24"/>
          <w:szCs w:val="21"/>
        </w:rPr>
      </w:pPr>
      <w:r w:rsidRPr="007A7055">
        <w:rPr>
          <w:sz w:val="32"/>
          <w:szCs w:val="21"/>
        </w:rPr>
        <w:t>1. 6 × □ = 24</w:t>
      </w:r>
    </w:p>
    <w:p w14:paraId="52476463" w14:textId="77777777" w:rsidR="004B33F7" w:rsidRPr="007A7055" w:rsidRDefault="00BD51BB">
      <w:pPr>
        <w:spacing w:after="80"/>
        <w:rPr>
          <w:sz w:val="24"/>
          <w:szCs w:val="21"/>
        </w:rPr>
      </w:pPr>
      <w:r w:rsidRPr="007A7055">
        <w:rPr>
          <w:sz w:val="32"/>
          <w:szCs w:val="21"/>
        </w:rPr>
        <w:t>□ = ____________</w:t>
      </w:r>
    </w:p>
    <w:p w14:paraId="17E30C6C" w14:textId="77777777" w:rsidR="004B33F7" w:rsidRPr="007A7055" w:rsidRDefault="00BD51BB">
      <w:pPr>
        <w:spacing w:after="80"/>
        <w:rPr>
          <w:sz w:val="24"/>
          <w:szCs w:val="21"/>
        </w:rPr>
      </w:pPr>
      <w:r w:rsidRPr="007A7055">
        <w:rPr>
          <w:sz w:val="32"/>
          <w:szCs w:val="21"/>
        </w:rPr>
        <w:t xml:space="preserve">   24 ÷ 6 = □</w:t>
      </w:r>
    </w:p>
    <w:p w14:paraId="7C6058A2" w14:textId="77777777" w:rsidR="004B33F7" w:rsidRPr="007A7055" w:rsidRDefault="00BD51BB">
      <w:pPr>
        <w:spacing w:after="80"/>
        <w:rPr>
          <w:sz w:val="24"/>
          <w:szCs w:val="21"/>
        </w:rPr>
      </w:pPr>
      <w:r w:rsidRPr="007A7055">
        <w:rPr>
          <w:sz w:val="32"/>
          <w:szCs w:val="21"/>
        </w:rPr>
        <w:t>□ = ____________</w:t>
      </w:r>
    </w:p>
    <w:p w14:paraId="1735310C" w14:textId="77777777" w:rsidR="004B33F7" w:rsidRPr="007A7055" w:rsidRDefault="00BD51BB">
      <w:pPr>
        <w:spacing w:after="80"/>
        <w:rPr>
          <w:sz w:val="24"/>
          <w:szCs w:val="21"/>
        </w:rPr>
      </w:pPr>
      <w:r w:rsidRPr="007A7055">
        <w:rPr>
          <w:sz w:val="32"/>
          <w:szCs w:val="21"/>
        </w:rPr>
        <w:t>2. □ × 5 = 20</w:t>
      </w:r>
    </w:p>
    <w:p w14:paraId="6EA745F0" w14:textId="77777777" w:rsidR="004B33F7" w:rsidRPr="007A7055" w:rsidRDefault="00BD51BB">
      <w:pPr>
        <w:spacing w:after="80"/>
        <w:rPr>
          <w:sz w:val="24"/>
          <w:szCs w:val="21"/>
        </w:rPr>
      </w:pPr>
      <w:r w:rsidRPr="007A7055">
        <w:rPr>
          <w:sz w:val="32"/>
          <w:szCs w:val="21"/>
        </w:rPr>
        <w:t>□ = ____________</w:t>
      </w:r>
    </w:p>
    <w:p w14:paraId="22330B50" w14:textId="77777777" w:rsidR="004B33F7" w:rsidRPr="007A7055" w:rsidRDefault="00BD51BB">
      <w:pPr>
        <w:spacing w:after="80"/>
        <w:rPr>
          <w:sz w:val="24"/>
          <w:szCs w:val="21"/>
        </w:rPr>
      </w:pPr>
      <w:r w:rsidRPr="007A7055">
        <w:rPr>
          <w:sz w:val="32"/>
          <w:szCs w:val="21"/>
        </w:rPr>
        <w:t xml:space="preserve">   20 ÷ 5 = □</w:t>
      </w:r>
    </w:p>
    <w:p w14:paraId="1B45D11C" w14:textId="77777777" w:rsidR="004B33F7" w:rsidRPr="007A7055" w:rsidRDefault="00BD51BB">
      <w:pPr>
        <w:spacing w:after="80"/>
        <w:rPr>
          <w:sz w:val="24"/>
          <w:szCs w:val="21"/>
        </w:rPr>
      </w:pPr>
      <w:r w:rsidRPr="007A7055">
        <w:rPr>
          <w:sz w:val="32"/>
          <w:szCs w:val="21"/>
        </w:rPr>
        <w:t>□ = ____________</w:t>
      </w:r>
    </w:p>
    <w:p w14:paraId="6073D8DD" w14:textId="77777777" w:rsidR="004B33F7" w:rsidRPr="007A7055" w:rsidRDefault="00BD51BB">
      <w:pPr>
        <w:spacing w:after="80"/>
        <w:rPr>
          <w:sz w:val="24"/>
          <w:szCs w:val="21"/>
        </w:rPr>
      </w:pPr>
      <w:r w:rsidRPr="007A7055">
        <w:rPr>
          <w:b/>
          <w:szCs w:val="21"/>
        </w:rPr>
        <w:t>B. Apa arti pembagiannya?</w:t>
      </w:r>
    </w:p>
    <w:p w14:paraId="5753913E" w14:textId="77777777" w:rsidR="004B33F7" w:rsidRPr="007A7055" w:rsidRDefault="00BD51BB">
      <w:pPr>
        <w:spacing w:after="80"/>
        <w:rPr>
          <w:sz w:val="24"/>
          <w:szCs w:val="21"/>
        </w:rPr>
      </w:pPr>
      <w:r w:rsidRPr="007A7055">
        <w:rPr>
          <w:szCs w:val="21"/>
        </w:rPr>
        <w:t>3. 12 permen dibagikan sama rata kepada 3 anak. Berapa permen yang diterima setiap anak?</w:t>
      </w:r>
    </w:p>
    <w:p w14:paraId="3BF7D423" w14:textId="77777777" w:rsidR="004B33F7" w:rsidRPr="007A7055" w:rsidRDefault="00BD51BB">
      <w:pPr>
        <w:spacing w:after="80"/>
        <w:rPr>
          <w:sz w:val="24"/>
          <w:szCs w:val="21"/>
        </w:rPr>
      </w:pPr>
      <w:r w:rsidRPr="007A7055">
        <w:rPr>
          <w:sz w:val="32"/>
          <w:szCs w:val="21"/>
        </w:rPr>
        <w:t>Persamaan: __________________________________</w:t>
      </w:r>
    </w:p>
    <w:p w14:paraId="2D9209AC" w14:textId="77777777" w:rsidR="004B33F7" w:rsidRPr="007A7055" w:rsidRDefault="00BD51BB">
      <w:pPr>
        <w:spacing w:after="80"/>
        <w:rPr>
          <w:sz w:val="24"/>
          <w:szCs w:val="21"/>
        </w:rPr>
      </w:pPr>
      <w:r w:rsidRPr="007A7055">
        <w:rPr>
          <w:sz w:val="32"/>
          <w:szCs w:val="21"/>
        </w:rPr>
        <w:t>Jawaban: ________________</w:t>
      </w:r>
    </w:p>
    <w:p w14:paraId="5689E5D9" w14:textId="77777777" w:rsidR="004B33F7" w:rsidRPr="007A7055" w:rsidRDefault="00BD51BB">
      <w:pPr>
        <w:spacing w:after="80"/>
        <w:rPr>
          <w:sz w:val="24"/>
          <w:szCs w:val="21"/>
        </w:rPr>
      </w:pPr>
      <w:r w:rsidRPr="007A7055">
        <w:rPr>
          <w:szCs w:val="21"/>
        </w:rPr>
        <w:t>4. 12 permen dibagikan kepada beberapa anak. Setiap anak mendapat 3 permen. Ada berapa anak yang mendapat permen?</w:t>
      </w:r>
    </w:p>
    <w:p w14:paraId="034391EC" w14:textId="77777777" w:rsidR="004B33F7" w:rsidRPr="007A7055" w:rsidRDefault="00BD51BB">
      <w:pPr>
        <w:spacing w:after="80"/>
        <w:rPr>
          <w:sz w:val="24"/>
          <w:szCs w:val="21"/>
        </w:rPr>
      </w:pPr>
      <w:r w:rsidRPr="007A7055">
        <w:rPr>
          <w:sz w:val="32"/>
          <w:szCs w:val="21"/>
        </w:rPr>
        <w:t>Persamaan: __________________________________</w:t>
      </w:r>
    </w:p>
    <w:p w14:paraId="5241C747" w14:textId="77777777" w:rsidR="004B33F7" w:rsidRPr="007A7055" w:rsidRDefault="00BD51BB">
      <w:pPr>
        <w:spacing w:after="80"/>
        <w:rPr>
          <w:sz w:val="24"/>
          <w:szCs w:val="21"/>
        </w:rPr>
      </w:pPr>
      <w:r w:rsidRPr="007A7055">
        <w:rPr>
          <w:sz w:val="32"/>
          <w:szCs w:val="21"/>
        </w:rPr>
        <w:t>Jawaban: ________________</w:t>
      </w:r>
    </w:p>
    <w:p w14:paraId="4086BFA5" w14:textId="77777777" w:rsidR="004B33F7" w:rsidRPr="007A7055" w:rsidRDefault="00BD51BB">
      <w:pPr>
        <w:spacing w:after="80"/>
        <w:rPr>
          <w:sz w:val="24"/>
          <w:szCs w:val="21"/>
        </w:rPr>
      </w:pPr>
      <w:r w:rsidRPr="007A7055">
        <w:rPr>
          <w:szCs w:val="21"/>
        </w:rPr>
        <w:t>5. Ada 5 kantong. Setiap kantong berisi 4 kelereng. Berapa jumlah seluruh kelereng?</w:t>
      </w:r>
    </w:p>
    <w:p w14:paraId="0C72E70D" w14:textId="77777777" w:rsidR="004B33F7" w:rsidRPr="007A7055" w:rsidRDefault="00BD51BB">
      <w:pPr>
        <w:spacing w:after="80"/>
        <w:rPr>
          <w:sz w:val="24"/>
          <w:szCs w:val="21"/>
        </w:rPr>
      </w:pPr>
      <w:r w:rsidRPr="007A7055">
        <w:rPr>
          <w:sz w:val="32"/>
          <w:szCs w:val="21"/>
        </w:rPr>
        <w:t>Persamaan: __________________________________</w:t>
      </w:r>
    </w:p>
    <w:p w14:paraId="2F16837D" w14:textId="77777777" w:rsidR="004B33F7" w:rsidRPr="007A7055" w:rsidRDefault="00BD51BB">
      <w:pPr>
        <w:spacing w:after="80"/>
        <w:rPr>
          <w:sz w:val="24"/>
          <w:szCs w:val="21"/>
        </w:rPr>
      </w:pPr>
      <w:r w:rsidRPr="007A7055">
        <w:rPr>
          <w:sz w:val="32"/>
          <w:szCs w:val="21"/>
        </w:rPr>
        <w:t>Jawaban: ________________</w:t>
      </w:r>
    </w:p>
    <w:p w14:paraId="0DBF1ADF" w14:textId="77777777" w:rsidR="004B33F7" w:rsidRPr="007A7055" w:rsidRDefault="00BD51BB">
      <w:pPr>
        <w:spacing w:after="80"/>
        <w:rPr>
          <w:sz w:val="24"/>
          <w:szCs w:val="21"/>
        </w:rPr>
      </w:pPr>
      <w:r w:rsidRPr="007A7055">
        <w:rPr>
          <w:szCs w:val="21"/>
        </w:rPr>
        <w:t>6. Ada 20 kelereng. Kelereng tersebut dimasukkan ke dalam 5 kantong dengan jumlah yang sama. Berapa kelereng di setiap kantong?</w:t>
      </w:r>
    </w:p>
    <w:p w14:paraId="777682EC" w14:textId="77777777" w:rsidR="004B33F7" w:rsidRPr="007A7055" w:rsidRDefault="00BD51BB">
      <w:pPr>
        <w:spacing w:after="80"/>
        <w:rPr>
          <w:sz w:val="24"/>
          <w:szCs w:val="21"/>
        </w:rPr>
      </w:pPr>
      <w:r w:rsidRPr="007A7055">
        <w:rPr>
          <w:sz w:val="32"/>
          <w:szCs w:val="21"/>
        </w:rPr>
        <w:t>Persamaan: __________________________________</w:t>
      </w:r>
    </w:p>
    <w:p w14:paraId="1889947E" w14:textId="77777777" w:rsidR="004B33F7" w:rsidRPr="007A7055" w:rsidRDefault="00BD51BB">
      <w:pPr>
        <w:spacing w:after="80"/>
        <w:rPr>
          <w:sz w:val="24"/>
          <w:szCs w:val="21"/>
        </w:rPr>
      </w:pPr>
      <w:r w:rsidRPr="007A7055">
        <w:rPr>
          <w:sz w:val="32"/>
          <w:szCs w:val="21"/>
        </w:rPr>
        <w:t>Jawaban: ________________</w:t>
      </w:r>
    </w:p>
    <w:p w14:paraId="711269E1" w14:textId="77777777" w:rsidR="004B33F7" w:rsidRDefault="00BD51BB">
      <w:r>
        <w:br w:type="page"/>
      </w:r>
    </w:p>
    <w:p w14:paraId="6A74E136" w14:textId="77777777" w:rsidR="004B33F7" w:rsidRDefault="00BD51BB">
      <w:pPr>
        <w:spacing w:after="80"/>
      </w:pPr>
      <w:r>
        <w:rPr>
          <w:b/>
          <w:sz w:val="38"/>
        </w:rPr>
        <w:lastRenderedPageBreak/>
        <w:t>CHAPTER 5 — SOAL CERITA: TULISKAN PERSAMAANNYA</w:t>
      </w:r>
    </w:p>
    <w:p w14:paraId="20F0B3DA" w14:textId="77777777" w:rsidR="004B33F7" w:rsidRDefault="00BD51BB">
      <w:pPr>
        <w:spacing w:after="80"/>
      </w:pPr>
      <w:r>
        <w:rPr>
          <w:b/>
          <w:sz w:val="30"/>
        </w:rPr>
        <w:t>Waktu: 5 menit</w:t>
      </w:r>
    </w:p>
    <w:p w14:paraId="4D3086DD" w14:textId="77777777" w:rsidR="004B33F7" w:rsidRDefault="00BD51BB">
      <w:pPr>
        <w:spacing w:after="80"/>
      </w:pPr>
      <w:r>
        <w:t>Baca setiap soal. Tuliskan persamaan matematika yang sesuai. TIDAK perlu menghitung jawabannya.</w:t>
      </w:r>
    </w:p>
    <w:p w14:paraId="59B2AFDD" w14:textId="77777777" w:rsidR="004B33F7" w:rsidRDefault="00BD51BB">
      <w:pPr>
        <w:spacing w:after="80"/>
      </w:pPr>
      <w:r>
        <w:rPr>
          <w:sz w:val="32"/>
        </w:rPr>
        <w:t>1. Ada 6 kotak. Setiap kotak berisi 4 pensil. Berapa jumlah seluruh pensil?</w:t>
      </w:r>
    </w:p>
    <w:p w14:paraId="37119A7C" w14:textId="77777777" w:rsidR="004B33F7" w:rsidRDefault="00BD51BB">
      <w:pPr>
        <w:spacing w:after="80"/>
      </w:pPr>
      <w:r>
        <w:rPr>
          <w:sz w:val="36"/>
        </w:rPr>
        <w:t>Persamaan: ________________________________________</w:t>
      </w:r>
    </w:p>
    <w:p w14:paraId="396061C9" w14:textId="77777777" w:rsidR="004B33F7" w:rsidRDefault="00BD51BB">
      <w:pPr>
        <w:spacing w:after="80"/>
      </w:pPr>
      <w:r>
        <w:rPr>
          <w:sz w:val="32"/>
        </w:rPr>
        <w:t>2. Ada 24 pensil yang dibagikan sama rata kepada 6 anak. Berapa pensil yang diterima setiap anak?</w:t>
      </w:r>
    </w:p>
    <w:p w14:paraId="41943496" w14:textId="77777777" w:rsidR="004B33F7" w:rsidRDefault="00BD51BB">
      <w:pPr>
        <w:spacing w:after="80"/>
      </w:pPr>
      <w:r>
        <w:rPr>
          <w:sz w:val="36"/>
        </w:rPr>
        <w:t>Persamaan: ________________________________________</w:t>
      </w:r>
    </w:p>
    <w:p w14:paraId="6DB22CCA" w14:textId="77777777" w:rsidR="004B33F7" w:rsidRDefault="00BD51BB">
      <w:pPr>
        <w:spacing w:after="80"/>
      </w:pPr>
      <w:r>
        <w:rPr>
          <w:sz w:val="32"/>
        </w:rPr>
        <w:t>3. Ibu membeli 5 bungkus roti. Setiap bungkus berisi 3 roti. Berapa jumlah seluruh roti?</w:t>
      </w:r>
    </w:p>
    <w:p w14:paraId="676D3A77" w14:textId="77777777" w:rsidR="004B33F7" w:rsidRDefault="00BD51BB">
      <w:pPr>
        <w:spacing w:after="80"/>
      </w:pPr>
      <w:r>
        <w:rPr>
          <w:sz w:val="36"/>
        </w:rPr>
        <w:t>Persamaan: ________________________________________</w:t>
      </w:r>
    </w:p>
    <w:p w14:paraId="6468D573" w14:textId="77777777" w:rsidR="004B33F7" w:rsidRDefault="00BD51BB">
      <w:pPr>
        <w:spacing w:after="80"/>
      </w:pPr>
      <w:r>
        <w:rPr>
          <w:sz w:val="32"/>
        </w:rPr>
        <w:t>4. Ada 18 buku. Setiap rak dapat menampung 6 buku. Berapa rak yang diperlukan?</w:t>
      </w:r>
    </w:p>
    <w:p w14:paraId="24D17E09" w14:textId="77777777" w:rsidR="004B33F7" w:rsidRDefault="00BD51BB">
      <w:pPr>
        <w:spacing w:after="80"/>
      </w:pPr>
      <w:r>
        <w:rPr>
          <w:sz w:val="36"/>
        </w:rPr>
        <w:t>Persamaan: ________________________________________</w:t>
      </w:r>
    </w:p>
    <w:p w14:paraId="13DCF045" w14:textId="77777777" w:rsidR="004B33F7" w:rsidRDefault="00BD51BB">
      <w:r>
        <w:br w:type="page"/>
      </w:r>
    </w:p>
    <w:p w14:paraId="1DFA481B" w14:textId="77777777" w:rsidR="004B33F7" w:rsidRDefault="00BD51BB">
      <w:pPr>
        <w:spacing w:after="80"/>
      </w:pPr>
      <w:r>
        <w:rPr>
          <w:b/>
          <w:sz w:val="38"/>
        </w:rPr>
        <w:lastRenderedPageBreak/>
        <w:t>CHAPTER 6 — TENTANG BELAJAR MATEMATIKA</w:t>
      </w:r>
    </w:p>
    <w:p w14:paraId="25AD00C3" w14:textId="77777777" w:rsidR="004B33F7" w:rsidRDefault="00BD51BB">
      <w:pPr>
        <w:spacing w:after="80"/>
      </w:pPr>
      <w:r>
        <w:rPr>
          <w:b/>
          <w:sz w:val="30"/>
        </w:rPr>
        <w:t>Waktu: 4 menit</w:t>
      </w:r>
    </w:p>
    <w:p w14:paraId="79030138" w14:textId="77777777" w:rsidR="004B33F7" w:rsidRDefault="00BD51BB">
      <w:pPr>
        <w:spacing w:after="80"/>
      </w:pPr>
      <w:r>
        <w:t>Tidak ada jawaban benar atau salah. Pilih jawaban yang paling sesuai dengan dirimu.</w:t>
      </w:r>
    </w:p>
    <w:p w14:paraId="0352AD05" w14:textId="77777777" w:rsidR="004B33F7" w:rsidRDefault="00BD51BB">
      <w:pPr>
        <w:spacing w:after="80"/>
      </w:pPr>
      <w:r>
        <w:t>4 = Sangat Setuju   3 = Setuju   2 = Tidak Setuju   1 = Sangat Tidak Setuju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107"/>
        <w:gridCol w:w="2105"/>
        <w:gridCol w:w="2106"/>
        <w:gridCol w:w="2106"/>
        <w:gridCol w:w="2106"/>
      </w:tblGrid>
      <w:tr w:rsidR="004B33F7" w14:paraId="5A9A75C0" w14:textId="77777777">
        <w:trPr>
          <w:jc w:val="center"/>
        </w:trPr>
        <w:tc>
          <w:tcPr>
            <w:tcW w:w="2108" w:type="dxa"/>
          </w:tcPr>
          <w:p w14:paraId="15C44D0B" w14:textId="77777777" w:rsidR="004B33F7" w:rsidRDefault="00BD51BB">
            <w:r>
              <w:rPr>
                <w:b/>
              </w:rPr>
              <w:t>Pernyataan</w:t>
            </w:r>
          </w:p>
        </w:tc>
        <w:tc>
          <w:tcPr>
            <w:tcW w:w="2108" w:type="dxa"/>
          </w:tcPr>
          <w:p w14:paraId="26CC69A1" w14:textId="77777777" w:rsidR="004B33F7" w:rsidRDefault="00BD51BB">
            <w:r>
              <w:rPr>
                <w:b/>
              </w:rPr>
              <w:t>4</w:t>
            </w:r>
          </w:p>
        </w:tc>
        <w:tc>
          <w:tcPr>
            <w:tcW w:w="2108" w:type="dxa"/>
          </w:tcPr>
          <w:p w14:paraId="0AFD0CAC" w14:textId="77777777" w:rsidR="004B33F7" w:rsidRDefault="00BD51BB">
            <w:r>
              <w:rPr>
                <w:b/>
              </w:rPr>
              <w:t>3</w:t>
            </w:r>
          </w:p>
        </w:tc>
        <w:tc>
          <w:tcPr>
            <w:tcW w:w="2108" w:type="dxa"/>
          </w:tcPr>
          <w:p w14:paraId="28DBEB64" w14:textId="77777777" w:rsidR="004B33F7" w:rsidRDefault="00BD51BB">
            <w:r>
              <w:rPr>
                <w:b/>
              </w:rPr>
              <w:t>2</w:t>
            </w:r>
          </w:p>
        </w:tc>
        <w:tc>
          <w:tcPr>
            <w:tcW w:w="2108" w:type="dxa"/>
          </w:tcPr>
          <w:p w14:paraId="17E22B0E" w14:textId="77777777" w:rsidR="004B33F7" w:rsidRDefault="00BD51BB">
            <w:r>
              <w:rPr>
                <w:b/>
              </w:rPr>
              <w:t>1</w:t>
            </w:r>
          </w:p>
        </w:tc>
      </w:tr>
      <w:tr w:rsidR="004B33F7" w14:paraId="046EEE99" w14:textId="77777777">
        <w:trPr>
          <w:jc w:val="center"/>
        </w:trPr>
        <w:tc>
          <w:tcPr>
            <w:tcW w:w="2108" w:type="dxa"/>
          </w:tcPr>
          <w:p w14:paraId="72A43365" w14:textId="77777777" w:rsidR="004B33F7" w:rsidRDefault="00BD51BB">
            <w:r>
              <w:t>1. Saya suka belajar matematika.</w:t>
            </w:r>
          </w:p>
        </w:tc>
        <w:tc>
          <w:tcPr>
            <w:tcW w:w="2108" w:type="dxa"/>
          </w:tcPr>
          <w:p w14:paraId="20549212" w14:textId="77777777" w:rsidR="004B33F7" w:rsidRDefault="00BD51BB">
            <w:pPr>
              <w:jc w:val="center"/>
            </w:pPr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67747110" w14:textId="77777777" w:rsidR="004B33F7" w:rsidRDefault="00BD51BB">
            <w:pPr>
              <w:jc w:val="center"/>
            </w:pPr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79225950" w14:textId="77777777" w:rsidR="004B33F7" w:rsidRDefault="00BD51BB">
            <w:pPr>
              <w:jc w:val="center"/>
            </w:pPr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35C93E7C" w14:textId="77777777" w:rsidR="004B33F7" w:rsidRDefault="00BD51BB">
            <w:pPr>
              <w:jc w:val="center"/>
            </w:pPr>
            <w:r>
              <w:rPr>
                <w:sz w:val="36"/>
              </w:rPr>
              <w:t>□</w:t>
            </w:r>
          </w:p>
        </w:tc>
      </w:tr>
      <w:tr w:rsidR="004B33F7" w14:paraId="7CC16C6E" w14:textId="77777777">
        <w:trPr>
          <w:jc w:val="center"/>
        </w:trPr>
        <w:tc>
          <w:tcPr>
            <w:tcW w:w="2108" w:type="dxa"/>
          </w:tcPr>
          <w:p w14:paraId="2EC40500" w14:textId="77777777" w:rsidR="004B33F7" w:rsidRDefault="00BD51BB">
            <w:r>
              <w:t>2. Saya percaya diri saat mengerjakan penjumlahan dan pengurangan.</w:t>
            </w:r>
          </w:p>
        </w:tc>
        <w:tc>
          <w:tcPr>
            <w:tcW w:w="2108" w:type="dxa"/>
          </w:tcPr>
          <w:p w14:paraId="3100AB4A" w14:textId="77777777" w:rsidR="004B33F7" w:rsidRDefault="00BD51BB">
            <w:pPr>
              <w:jc w:val="center"/>
            </w:pPr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01B80B01" w14:textId="77777777" w:rsidR="004B33F7" w:rsidRDefault="00BD51BB">
            <w:pPr>
              <w:jc w:val="center"/>
            </w:pPr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0C8AE608" w14:textId="77777777" w:rsidR="004B33F7" w:rsidRDefault="00BD51BB">
            <w:pPr>
              <w:jc w:val="center"/>
            </w:pPr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47A76B05" w14:textId="77777777" w:rsidR="004B33F7" w:rsidRDefault="00BD51BB">
            <w:pPr>
              <w:jc w:val="center"/>
            </w:pPr>
            <w:r>
              <w:rPr>
                <w:sz w:val="36"/>
              </w:rPr>
              <w:t>□</w:t>
            </w:r>
          </w:p>
        </w:tc>
      </w:tr>
      <w:tr w:rsidR="004B33F7" w14:paraId="79E9DDBB" w14:textId="77777777">
        <w:trPr>
          <w:jc w:val="center"/>
        </w:trPr>
        <w:tc>
          <w:tcPr>
            <w:tcW w:w="2108" w:type="dxa"/>
          </w:tcPr>
          <w:p w14:paraId="2369AFC6" w14:textId="77777777" w:rsidR="004B33F7" w:rsidRDefault="00BD51BB">
            <w:r>
              <w:t>3. Saya dapat menghitung tanpa menggunakan jari.</w:t>
            </w:r>
          </w:p>
        </w:tc>
        <w:tc>
          <w:tcPr>
            <w:tcW w:w="2108" w:type="dxa"/>
          </w:tcPr>
          <w:p w14:paraId="2889037E" w14:textId="77777777" w:rsidR="004B33F7" w:rsidRDefault="00BD51BB">
            <w:pPr>
              <w:jc w:val="center"/>
            </w:pPr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2B57B3F8" w14:textId="77777777" w:rsidR="004B33F7" w:rsidRDefault="00BD51BB">
            <w:pPr>
              <w:jc w:val="center"/>
            </w:pPr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5E9FF79A" w14:textId="77777777" w:rsidR="004B33F7" w:rsidRDefault="00BD51BB">
            <w:pPr>
              <w:jc w:val="center"/>
            </w:pPr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39EAA5DD" w14:textId="77777777" w:rsidR="004B33F7" w:rsidRDefault="00BD51BB">
            <w:pPr>
              <w:jc w:val="center"/>
            </w:pPr>
            <w:r>
              <w:rPr>
                <w:sz w:val="36"/>
              </w:rPr>
              <w:t>□</w:t>
            </w:r>
          </w:p>
        </w:tc>
      </w:tr>
      <w:tr w:rsidR="004B33F7" w14:paraId="37A463A2" w14:textId="77777777">
        <w:trPr>
          <w:jc w:val="center"/>
        </w:trPr>
        <w:tc>
          <w:tcPr>
            <w:tcW w:w="2108" w:type="dxa"/>
          </w:tcPr>
          <w:p w14:paraId="1BEC55F5" w14:textId="77777777" w:rsidR="004B33F7" w:rsidRDefault="00BD51BB">
            <w:r>
              <w:t>4. Saya hafal sebagian besar perkalian dasar.</w:t>
            </w:r>
          </w:p>
        </w:tc>
        <w:tc>
          <w:tcPr>
            <w:tcW w:w="2108" w:type="dxa"/>
          </w:tcPr>
          <w:p w14:paraId="54AA57C4" w14:textId="77777777" w:rsidR="004B33F7" w:rsidRDefault="00BD51BB">
            <w:pPr>
              <w:jc w:val="center"/>
            </w:pPr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25F5EA26" w14:textId="77777777" w:rsidR="004B33F7" w:rsidRDefault="00BD51BB">
            <w:pPr>
              <w:jc w:val="center"/>
            </w:pPr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66247584" w14:textId="77777777" w:rsidR="004B33F7" w:rsidRDefault="00BD51BB">
            <w:pPr>
              <w:jc w:val="center"/>
            </w:pPr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1FBD2E42" w14:textId="77777777" w:rsidR="004B33F7" w:rsidRDefault="00BD51BB">
            <w:pPr>
              <w:jc w:val="center"/>
            </w:pPr>
            <w:r>
              <w:rPr>
                <w:sz w:val="36"/>
              </w:rPr>
              <w:t>□</w:t>
            </w:r>
          </w:p>
        </w:tc>
      </w:tr>
      <w:tr w:rsidR="004B33F7" w14:paraId="170F064C" w14:textId="77777777">
        <w:trPr>
          <w:jc w:val="center"/>
        </w:trPr>
        <w:tc>
          <w:tcPr>
            <w:tcW w:w="2108" w:type="dxa"/>
          </w:tcPr>
          <w:p w14:paraId="388F0688" w14:textId="77777777" w:rsidR="004B33F7" w:rsidRDefault="00BD51BB">
            <w:r>
              <w:t>5. Ketika lupa hasil perkalian, saya dapat mencari jawabannya dengan cara lain.</w:t>
            </w:r>
          </w:p>
        </w:tc>
        <w:tc>
          <w:tcPr>
            <w:tcW w:w="2108" w:type="dxa"/>
          </w:tcPr>
          <w:p w14:paraId="61FA7096" w14:textId="77777777" w:rsidR="004B33F7" w:rsidRDefault="00BD51BB">
            <w:pPr>
              <w:jc w:val="center"/>
            </w:pPr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5FBE1AE2" w14:textId="77777777" w:rsidR="004B33F7" w:rsidRDefault="00BD51BB">
            <w:pPr>
              <w:jc w:val="center"/>
            </w:pPr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1B1A3BA0" w14:textId="77777777" w:rsidR="004B33F7" w:rsidRDefault="00BD51BB">
            <w:pPr>
              <w:jc w:val="center"/>
            </w:pPr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586E35B3" w14:textId="77777777" w:rsidR="004B33F7" w:rsidRDefault="00BD51BB">
            <w:pPr>
              <w:jc w:val="center"/>
            </w:pPr>
            <w:r>
              <w:rPr>
                <w:sz w:val="36"/>
              </w:rPr>
              <w:t>□</w:t>
            </w:r>
          </w:p>
        </w:tc>
      </w:tr>
      <w:tr w:rsidR="004B33F7" w14:paraId="464F5547" w14:textId="77777777">
        <w:trPr>
          <w:jc w:val="center"/>
        </w:trPr>
        <w:tc>
          <w:tcPr>
            <w:tcW w:w="2108" w:type="dxa"/>
          </w:tcPr>
          <w:p w14:paraId="36714529" w14:textId="77777777" w:rsidR="004B33F7" w:rsidRDefault="00BD51BB">
            <w:r>
              <w:t>6. Ketika soal matematika sulit, saya tetap mencoba.</w:t>
            </w:r>
          </w:p>
        </w:tc>
        <w:tc>
          <w:tcPr>
            <w:tcW w:w="2108" w:type="dxa"/>
          </w:tcPr>
          <w:p w14:paraId="32770E89" w14:textId="77777777" w:rsidR="004B33F7" w:rsidRDefault="00BD51BB">
            <w:pPr>
              <w:jc w:val="center"/>
            </w:pPr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1C75730A" w14:textId="77777777" w:rsidR="004B33F7" w:rsidRDefault="00BD51BB">
            <w:pPr>
              <w:jc w:val="center"/>
            </w:pPr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60CB153B" w14:textId="77777777" w:rsidR="004B33F7" w:rsidRDefault="00BD51BB">
            <w:pPr>
              <w:jc w:val="center"/>
            </w:pPr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69FA6707" w14:textId="77777777" w:rsidR="004B33F7" w:rsidRDefault="00BD51BB">
            <w:pPr>
              <w:jc w:val="center"/>
            </w:pPr>
            <w:r>
              <w:rPr>
                <w:sz w:val="36"/>
              </w:rPr>
              <w:t>□</w:t>
            </w:r>
          </w:p>
        </w:tc>
      </w:tr>
    </w:tbl>
    <w:p w14:paraId="6C87678C" w14:textId="77777777" w:rsidR="004B33F7" w:rsidRDefault="004B33F7">
      <w:pPr>
        <w:spacing w:after="80"/>
      </w:pPr>
    </w:p>
    <w:p w14:paraId="219C4F23" w14:textId="77777777" w:rsidR="004B33F7" w:rsidRDefault="00BD51BB">
      <w:pPr>
        <w:spacing w:after="80"/>
        <w:jc w:val="center"/>
      </w:pPr>
      <w:r>
        <w:rPr>
          <w:b/>
          <w:sz w:val="30"/>
        </w:rPr>
        <w:t>SELESAI — Terima kasih sudah mencoba Sansu Go Challenge Test!</w:t>
      </w:r>
    </w:p>
    <w:sectPr w:rsidR="004B33F7" w:rsidSect="00034616">
      <w:footerReference w:type="default" r:id="rId8"/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3D432" w14:textId="77777777" w:rsidR="00BD51BB" w:rsidRDefault="00BD51BB">
      <w:pPr>
        <w:spacing w:after="0" w:line="240" w:lineRule="auto"/>
      </w:pPr>
      <w:r>
        <w:separator/>
      </w:r>
    </w:p>
  </w:endnote>
  <w:endnote w:type="continuationSeparator" w:id="0">
    <w:p w14:paraId="0E5907EC" w14:textId="77777777" w:rsidR="00BD51BB" w:rsidRDefault="00BD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29E2" w14:textId="77777777" w:rsidR="004B33F7" w:rsidRDefault="00BD51BB">
    <w:pPr>
      <w:pStyle w:val="a7"/>
      <w:jc w:val="center"/>
    </w:pPr>
    <w:r>
      <w:rPr>
        <w:sz w:val="20"/>
      </w:rPr>
      <w:t>Sansu Go Challenge Test — Grade 3–4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D8B7" w14:textId="77777777" w:rsidR="00BD51BB" w:rsidRDefault="00BD51BB">
      <w:pPr>
        <w:spacing w:after="0" w:line="240" w:lineRule="auto"/>
      </w:pPr>
      <w:r>
        <w:separator/>
      </w:r>
    </w:p>
  </w:footnote>
  <w:footnote w:type="continuationSeparator" w:id="0">
    <w:p w14:paraId="08596B09" w14:textId="77777777" w:rsidR="00BD51BB" w:rsidRDefault="00BD5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1361351">
    <w:abstractNumId w:val="8"/>
  </w:num>
  <w:num w:numId="2" w16cid:durableId="1562473788">
    <w:abstractNumId w:val="6"/>
  </w:num>
  <w:num w:numId="3" w16cid:durableId="744765795">
    <w:abstractNumId w:val="5"/>
  </w:num>
  <w:num w:numId="4" w16cid:durableId="889414809">
    <w:abstractNumId w:val="4"/>
  </w:num>
  <w:num w:numId="5" w16cid:durableId="487479712">
    <w:abstractNumId w:val="7"/>
  </w:num>
  <w:num w:numId="6" w16cid:durableId="292908839">
    <w:abstractNumId w:val="3"/>
  </w:num>
  <w:num w:numId="7" w16cid:durableId="1649286319">
    <w:abstractNumId w:val="2"/>
  </w:num>
  <w:num w:numId="8" w16cid:durableId="1807770943">
    <w:abstractNumId w:val="1"/>
  </w:num>
  <w:num w:numId="9" w16cid:durableId="1733965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B33F7"/>
    <w:rsid w:val="00710D72"/>
    <w:rsid w:val="007A7055"/>
    <w:rsid w:val="00A05E97"/>
    <w:rsid w:val="00AA1D8D"/>
    <w:rsid w:val="00B47730"/>
    <w:rsid w:val="00BD51BB"/>
    <w:rsid w:val="00CB0664"/>
    <w:rsid w:val="00D50B5B"/>
    <w:rsid w:val="00E273E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7F3260"/>
  <w14:defaultImageDpi w14:val="300"/>
  <w15:docId w15:val="{A07BD337-C607-4D08-A930-F5A7A097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867</Words>
  <Characters>4674</Characters>
  <Application>Microsoft Office Word</Application>
  <DocSecurity>0</DocSecurity>
  <Lines>212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Koji Ueda</cp:lastModifiedBy>
  <cp:revision>2</cp:revision>
  <cp:lastPrinted>2026-07-28T11:12:00Z</cp:lastPrinted>
  <dcterms:created xsi:type="dcterms:W3CDTF">2026-08-02T15:15:00Z</dcterms:created>
  <dcterms:modified xsi:type="dcterms:W3CDTF">2026-08-02T15:15:00Z</dcterms:modified>
  <cp:category/>
</cp:coreProperties>
</file>