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F1F1" w14:textId="77777777" w:rsidR="00371BD3" w:rsidRDefault="00CC78A1">
      <w:pPr>
        <w:jc w:val="center"/>
      </w:pPr>
      <w:r>
        <w:rPr>
          <w:b/>
          <w:sz w:val="48"/>
        </w:rPr>
        <w:t>SANSU GO</w:t>
      </w:r>
    </w:p>
    <w:p w14:paraId="3E409A6B" w14:textId="77777777" w:rsidR="00371BD3" w:rsidRDefault="00CC78A1">
      <w:pPr>
        <w:jc w:val="center"/>
      </w:pPr>
      <w:r>
        <w:rPr>
          <w:b/>
          <w:sz w:val="44"/>
        </w:rPr>
        <w:t>CHALLENGE TEST</w:t>
      </w:r>
    </w:p>
    <w:p w14:paraId="4F70DBFA" w14:textId="77777777" w:rsidR="00371BD3" w:rsidRDefault="00CC78A1">
      <w:pPr>
        <w:jc w:val="center"/>
      </w:pPr>
      <w:r>
        <w:rPr>
          <w:b/>
          <w:sz w:val="34"/>
        </w:rPr>
        <w:t>Grade 5–6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371BD3" w14:paraId="237BF6D3" w14:textId="77777777">
        <w:tc>
          <w:tcPr>
            <w:tcW w:w="5270" w:type="dxa"/>
          </w:tcPr>
          <w:p w14:paraId="37B3EF3F" w14:textId="77777777" w:rsidR="00371BD3" w:rsidRDefault="00CC78A1">
            <w:r>
              <w:t>Nama: __________________________</w:t>
            </w:r>
          </w:p>
        </w:tc>
        <w:tc>
          <w:tcPr>
            <w:tcW w:w="5270" w:type="dxa"/>
          </w:tcPr>
          <w:p w14:paraId="0CEE0D2C" w14:textId="77777777" w:rsidR="00371BD3" w:rsidRDefault="00CC78A1">
            <w:r>
              <w:t>Sekolah: ________________________</w:t>
            </w:r>
          </w:p>
        </w:tc>
      </w:tr>
      <w:tr w:rsidR="00371BD3" w14:paraId="48167D00" w14:textId="77777777">
        <w:tc>
          <w:tcPr>
            <w:tcW w:w="5270" w:type="dxa"/>
          </w:tcPr>
          <w:p w14:paraId="65B8CC13" w14:textId="77777777" w:rsidR="00371BD3" w:rsidRDefault="00CC78A1">
            <w:r>
              <w:t>Kelas: __________</w:t>
            </w:r>
          </w:p>
        </w:tc>
        <w:tc>
          <w:tcPr>
            <w:tcW w:w="5270" w:type="dxa"/>
          </w:tcPr>
          <w:p w14:paraId="7D79E36B" w14:textId="77777777" w:rsidR="00371BD3" w:rsidRDefault="00CC78A1">
            <w:r>
              <w:t>Tanggal: ________________________</w:t>
            </w:r>
          </w:p>
        </w:tc>
      </w:tr>
    </w:tbl>
    <w:p w14:paraId="21C65007" w14:textId="77777777" w:rsidR="00371BD3" w:rsidRDefault="00CC78A1">
      <w:r>
        <w:rPr>
          <w:b/>
          <w:sz w:val="32"/>
        </w:rPr>
        <w:t>Petunjuk</w:t>
      </w:r>
    </w:p>
    <w:p w14:paraId="4FF8ED04" w14:textId="77777777" w:rsidR="00371BD3" w:rsidRDefault="00CC78A1">
      <w:pPr>
        <w:pStyle w:val="a0"/>
      </w:pPr>
      <w:r>
        <w:t>Kerjakan setiap bagian sesuai waktu yang diberikan oleh guru.</w:t>
      </w:r>
    </w:p>
    <w:p w14:paraId="1BA98F71" w14:textId="77777777" w:rsidR="00371BD3" w:rsidRDefault="00CC78A1">
      <w:pPr>
        <w:pStyle w:val="a0"/>
      </w:pPr>
      <w:r>
        <w:t>Jangan menggunakan kalkulator.</w:t>
      </w:r>
    </w:p>
    <w:p w14:paraId="52F0A57C" w14:textId="77777777" w:rsidR="00371BD3" w:rsidRDefault="00CC78A1">
      <w:pPr>
        <w:pStyle w:val="a0"/>
      </w:pPr>
      <w:r>
        <w:t>Jika ada soal yang sulit, lanjutkan ke soal berikutnya.</w:t>
      </w:r>
    </w:p>
    <w:p w14:paraId="7509722A" w14:textId="77777777" w:rsidR="00371BD3" w:rsidRDefault="00CC78A1">
      <w:pPr>
        <w:pStyle w:val="a0"/>
      </w:pPr>
      <w:r>
        <w:t>Tulislah jawaban dengan jelas dan cukup besar.</w:t>
      </w:r>
    </w:p>
    <w:p w14:paraId="066DB996" w14:textId="77777777" w:rsidR="00371BD3" w:rsidRDefault="00CC78A1">
      <w:pPr>
        <w:pStyle w:val="a0"/>
      </w:pPr>
      <w:r>
        <w:t>Pada Chapter 5, tuliskan persamaan matematikanya saja. Tidak perlu menghitung jawabannya.</w:t>
      </w:r>
    </w:p>
    <w:p w14:paraId="3A755A94" w14:textId="77777777" w:rsidR="00371BD3" w:rsidRDefault="00CC78A1">
      <w:r>
        <w:br w:type="page"/>
      </w:r>
    </w:p>
    <w:p w14:paraId="4320A440" w14:textId="77777777" w:rsidR="00371BD3" w:rsidRDefault="00CC78A1">
      <w:r>
        <w:rPr>
          <w:b/>
          <w:sz w:val="38"/>
        </w:rPr>
        <w:lastRenderedPageBreak/>
        <w:t>CHAPTER 1-A — PENJUMLAHAN DAN PENGURANGAN</w:t>
      </w:r>
    </w:p>
    <w:p w14:paraId="564A05D6" w14:textId="77777777" w:rsidR="00371BD3" w:rsidRDefault="00CC78A1">
      <w:r>
        <w:rPr>
          <w:b/>
          <w:sz w:val="30"/>
        </w:rPr>
        <w:t>Waktu: 10 menit</w:t>
      </w:r>
    </w:p>
    <w:p w14:paraId="70CED3BB" w14:textId="77777777" w:rsidR="00371BD3" w:rsidRDefault="00CC78A1">
      <w:r>
        <w:t>Kerjakan sebanyak mungkin dengan teliti. Gunakan cara menghitung yang menurutmu paling mudah.</w:t>
      </w:r>
    </w:p>
    <w:p w14:paraId="499DA9D7" w14:textId="77777777" w:rsidR="00371BD3" w:rsidRDefault="00CC78A1">
      <w:r>
        <w:rPr>
          <w:b/>
          <w:sz w:val="30"/>
        </w:rPr>
        <w:t>B. Penjumlahan dan pengurangan tanpa menyimpan atau meminjam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371BD3" w:rsidRPr="00C36BAE" w14:paraId="2A869641" w14:textId="77777777">
        <w:tc>
          <w:tcPr>
            <w:tcW w:w="5270" w:type="dxa"/>
          </w:tcPr>
          <w:p w14:paraId="40896F27" w14:textId="777777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</w:t>
            </w:r>
            <w:proofErr w:type="gramStart"/>
            <w:r w:rsidRPr="00C36BAE">
              <w:rPr>
                <w:sz w:val="32"/>
                <w:szCs w:val="21"/>
              </w:rPr>
              <w:t>.  42</w:t>
            </w:r>
            <w:proofErr w:type="gramEnd"/>
            <w:r w:rsidRPr="00C36BAE">
              <w:rPr>
                <w:sz w:val="32"/>
                <w:szCs w:val="21"/>
              </w:rPr>
              <w:t xml:space="preserve"> + 7 = __________________</w:t>
            </w:r>
          </w:p>
        </w:tc>
        <w:tc>
          <w:tcPr>
            <w:tcW w:w="5270" w:type="dxa"/>
          </w:tcPr>
          <w:p w14:paraId="737A0108" w14:textId="5332BD92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4.  67 − 24 = _________________</w:t>
            </w:r>
          </w:p>
        </w:tc>
      </w:tr>
      <w:tr w:rsidR="00371BD3" w:rsidRPr="00C36BAE" w14:paraId="5F3006AA" w14:textId="77777777">
        <w:tc>
          <w:tcPr>
            <w:tcW w:w="5270" w:type="dxa"/>
          </w:tcPr>
          <w:p w14:paraId="083F0951" w14:textId="777777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2.  38 − 5 = __________________</w:t>
            </w:r>
          </w:p>
        </w:tc>
        <w:tc>
          <w:tcPr>
            <w:tcW w:w="5270" w:type="dxa"/>
          </w:tcPr>
          <w:p w14:paraId="755529C3" w14:textId="777777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5.  23 + 4 = __________________</w:t>
            </w:r>
          </w:p>
        </w:tc>
      </w:tr>
      <w:tr w:rsidR="00371BD3" w:rsidRPr="00C36BAE" w14:paraId="79EC1470" w14:textId="77777777">
        <w:tc>
          <w:tcPr>
            <w:tcW w:w="5270" w:type="dxa"/>
          </w:tcPr>
          <w:p w14:paraId="507C8618" w14:textId="777777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3</w:t>
            </w:r>
            <w:proofErr w:type="gramStart"/>
            <w:r w:rsidRPr="00C36BAE">
              <w:rPr>
                <w:sz w:val="32"/>
                <w:szCs w:val="21"/>
              </w:rPr>
              <w:t>.  76 −</w:t>
            </w:r>
            <w:proofErr w:type="gramEnd"/>
            <w:r w:rsidRPr="00C36BAE">
              <w:rPr>
                <w:sz w:val="32"/>
                <w:szCs w:val="21"/>
              </w:rPr>
              <w:t xml:space="preserve"> 4 = __________________</w:t>
            </w:r>
          </w:p>
        </w:tc>
        <w:tc>
          <w:tcPr>
            <w:tcW w:w="5270" w:type="dxa"/>
          </w:tcPr>
          <w:p w14:paraId="5431147E" w14:textId="77777777" w:rsidR="00371BD3" w:rsidRPr="00C36BAE" w:rsidRDefault="00371BD3">
            <w:pPr>
              <w:rPr>
                <w:sz w:val="32"/>
                <w:szCs w:val="21"/>
              </w:rPr>
            </w:pPr>
          </w:p>
        </w:tc>
      </w:tr>
    </w:tbl>
    <w:p w14:paraId="70D917C0" w14:textId="77777777" w:rsidR="00371BD3" w:rsidRDefault="00CC78A1">
      <w:r>
        <w:rPr>
          <w:b/>
          <w:sz w:val="30"/>
        </w:rPr>
        <w:t>C. Penjumlahan dan pengurangan dengan menyimpan atau meminjam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371BD3" w:rsidRPr="00C36BAE" w14:paraId="4AA4E953" w14:textId="77777777">
        <w:tc>
          <w:tcPr>
            <w:tcW w:w="5270" w:type="dxa"/>
          </w:tcPr>
          <w:p w14:paraId="537125BF" w14:textId="777777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6.  18 + 7 = __________________</w:t>
            </w:r>
          </w:p>
        </w:tc>
        <w:tc>
          <w:tcPr>
            <w:tcW w:w="5270" w:type="dxa"/>
          </w:tcPr>
          <w:p w14:paraId="36C1FA1D" w14:textId="6D035B29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11.  63 − 38 = ________________</w:t>
            </w:r>
          </w:p>
        </w:tc>
      </w:tr>
      <w:tr w:rsidR="00371BD3" w:rsidRPr="00C36BAE" w14:paraId="2B543847" w14:textId="77777777">
        <w:tc>
          <w:tcPr>
            <w:tcW w:w="5270" w:type="dxa"/>
          </w:tcPr>
          <w:p w14:paraId="3397F73C" w14:textId="777777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7.  32 − 8 = __________________</w:t>
            </w:r>
          </w:p>
        </w:tc>
        <w:tc>
          <w:tcPr>
            <w:tcW w:w="5270" w:type="dxa"/>
          </w:tcPr>
          <w:p w14:paraId="67F489B8" w14:textId="3F9F317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12</w:t>
            </w:r>
            <w:proofErr w:type="gramStart"/>
            <w:r w:rsidRPr="00C36BAE">
              <w:rPr>
                <w:sz w:val="32"/>
                <w:szCs w:val="21"/>
              </w:rPr>
              <w:t>.  48</w:t>
            </w:r>
            <w:proofErr w:type="gramEnd"/>
            <w:r w:rsidRPr="00C36BAE">
              <w:rPr>
                <w:sz w:val="32"/>
                <w:szCs w:val="21"/>
              </w:rPr>
              <w:t xml:space="preserve"> + 35 = ________________</w:t>
            </w:r>
          </w:p>
        </w:tc>
      </w:tr>
      <w:tr w:rsidR="00371BD3" w:rsidRPr="00C36BAE" w14:paraId="3F1B7DDD" w14:textId="77777777">
        <w:tc>
          <w:tcPr>
            <w:tcW w:w="5270" w:type="dxa"/>
          </w:tcPr>
          <w:p w14:paraId="58FFCCDD" w14:textId="59398A88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8.  27 + 18 = _________________</w:t>
            </w:r>
          </w:p>
        </w:tc>
        <w:tc>
          <w:tcPr>
            <w:tcW w:w="5270" w:type="dxa"/>
          </w:tcPr>
          <w:p w14:paraId="686328A7" w14:textId="631415E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13.  72 − 46 = ________________</w:t>
            </w:r>
          </w:p>
        </w:tc>
      </w:tr>
      <w:tr w:rsidR="00371BD3" w:rsidRPr="00C36BAE" w14:paraId="62771FED" w14:textId="77777777">
        <w:tc>
          <w:tcPr>
            <w:tcW w:w="5270" w:type="dxa"/>
          </w:tcPr>
          <w:p w14:paraId="1CB8500B" w14:textId="14992F17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9</w:t>
            </w:r>
            <w:proofErr w:type="gramStart"/>
            <w:r w:rsidRPr="00C36BAE">
              <w:rPr>
                <w:sz w:val="32"/>
                <w:szCs w:val="21"/>
              </w:rPr>
              <w:t>.  51 −</w:t>
            </w:r>
            <w:proofErr w:type="gramEnd"/>
            <w:r w:rsidRPr="00C36BAE">
              <w:rPr>
                <w:sz w:val="32"/>
                <w:szCs w:val="21"/>
              </w:rPr>
              <w:t xml:space="preserve"> 27 = _________________</w:t>
            </w:r>
          </w:p>
        </w:tc>
        <w:tc>
          <w:tcPr>
            <w:tcW w:w="5270" w:type="dxa"/>
          </w:tcPr>
          <w:p w14:paraId="65E377C8" w14:textId="2A057A9D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14.  57 + 26 =_________________</w:t>
            </w:r>
          </w:p>
        </w:tc>
      </w:tr>
      <w:tr w:rsidR="00371BD3" w:rsidRPr="00C36BAE" w14:paraId="040DC8F7" w14:textId="77777777">
        <w:tc>
          <w:tcPr>
            <w:tcW w:w="5270" w:type="dxa"/>
          </w:tcPr>
          <w:p w14:paraId="0F10B2FF" w14:textId="6AC2470A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10.  36 + 27 = ________________</w:t>
            </w:r>
          </w:p>
        </w:tc>
        <w:tc>
          <w:tcPr>
            <w:tcW w:w="5270" w:type="dxa"/>
          </w:tcPr>
          <w:p w14:paraId="0EAFA9B2" w14:textId="4DD5C138" w:rsidR="00371BD3" w:rsidRPr="00C36BAE" w:rsidRDefault="00CC78A1">
            <w:pPr>
              <w:spacing w:after="180"/>
              <w:rPr>
                <w:sz w:val="32"/>
                <w:szCs w:val="21"/>
              </w:rPr>
            </w:pPr>
            <w:r w:rsidRPr="00C36BAE">
              <w:rPr>
                <w:sz w:val="32"/>
                <w:szCs w:val="21"/>
              </w:rPr>
              <w:t>15</w:t>
            </w:r>
            <w:proofErr w:type="gramStart"/>
            <w:r w:rsidRPr="00C36BAE">
              <w:rPr>
                <w:sz w:val="32"/>
                <w:szCs w:val="21"/>
              </w:rPr>
              <w:t>.  81 −</w:t>
            </w:r>
            <w:proofErr w:type="gramEnd"/>
            <w:r w:rsidRPr="00C36BAE">
              <w:rPr>
                <w:sz w:val="32"/>
                <w:szCs w:val="21"/>
              </w:rPr>
              <w:t xml:space="preserve"> 57 = ________________</w:t>
            </w:r>
          </w:p>
        </w:tc>
      </w:tr>
    </w:tbl>
    <w:p w14:paraId="1FE36128" w14:textId="77777777" w:rsidR="00371BD3" w:rsidRDefault="00CC78A1">
      <w:r>
        <w:rPr>
          <w:b/>
          <w:sz w:val="30"/>
        </w:rPr>
        <w:t>D. Hitung dengan cara yang paling mudah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371BD3" w:rsidRPr="00C36BAE" w14:paraId="626EA4FB" w14:textId="77777777">
        <w:tc>
          <w:tcPr>
            <w:tcW w:w="5270" w:type="dxa"/>
          </w:tcPr>
          <w:p w14:paraId="71130290" w14:textId="3544A113" w:rsidR="00371BD3" w:rsidRPr="00C36BAE" w:rsidRDefault="00CC78A1">
            <w:pPr>
              <w:spacing w:after="180"/>
              <w:rPr>
                <w:sz w:val="36"/>
              </w:rPr>
            </w:pPr>
            <w:r w:rsidRPr="00C36BAE">
              <w:rPr>
                <w:sz w:val="36"/>
              </w:rPr>
              <w:t>16.  177 + 98 = _______________</w:t>
            </w:r>
          </w:p>
        </w:tc>
        <w:tc>
          <w:tcPr>
            <w:tcW w:w="5270" w:type="dxa"/>
          </w:tcPr>
          <w:p w14:paraId="01562FA6" w14:textId="5B6B667A" w:rsidR="00371BD3" w:rsidRPr="00C36BAE" w:rsidRDefault="00CC78A1">
            <w:pPr>
              <w:spacing w:after="180"/>
              <w:rPr>
                <w:sz w:val="36"/>
              </w:rPr>
            </w:pPr>
            <w:r w:rsidRPr="00C36BAE">
              <w:rPr>
                <w:sz w:val="36"/>
              </w:rPr>
              <w:t>19.  500 − 198 = ______________</w:t>
            </w:r>
          </w:p>
        </w:tc>
      </w:tr>
      <w:tr w:rsidR="00371BD3" w:rsidRPr="00C36BAE" w14:paraId="3E0B04DB" w14:textId="77777777">
        <w:tc>
          <w:tcPr>
            <w:tcW w:w="5270" w:type="dxa"/>
          </w:tcPr>
          <w:p w14:paraId="49BC1B6F" w14:textId="62ADC965" w:rsidR="00371BD3" w:rsidRPr="00C36BAE" w:rsidRDefault="00CC78A1">
            <w:pPr>
              <w:spacing w:after="180"/>
              <w:rPr>
                <w:sz w:val="36"/>
              </w:rPr>
            </w:pPr>
            <w:r w:rsidRPr="00C36BAE">
              <w:rPr>
                <w:sz w:val="36"/>
              </w:rPr>
              <w:t>17</w:t>
            </w:r>
            <w:proofErr w:type="gramStart"/>
            <w:r w:rsidRPr="00C36BAE">
              <w:rPr>
                <w:sz w:val="36"/>
              </w:rPr>
              <w:t>.  296</w:t>
            </w:r>
            <w:proofErr w:type="gramEnd"/>
            <w:r w:rsidRPr="00C36BAE">
              <w:rPr>
                <w:sz w:val="36"/>
              </w:rPr>
              <w:t xml:space="preserve"> + 105 = ______________</w:t>
            </w:r>
          </w:p>
        </w:tc>
        <w:tc>
          <w:tcPr>
            <w:tcW w:w="5270" w:type="dxa"/>
          </w:tcPr>
          <w:p w14:paraId="507545FE" w14:textId="30104161" w:rsidR="00371BD3" w:rsidRPr="00C36BAE" w:rsidRDefault="00CC78A1">
            <w:pPr>
              <w:spacing w:after="180"/>
              <w:rPr>
                <w:sz w:val="36"/>
              </w:rPr>
            </w:pPr>
            <w:r w:rsidRPr="00C36BAE">
              <w:rPr>
                <w:sz w:val="36"/>
              </w:rPr>
              <w:t>20.  654 − 296 =_______________</w:t>
            </w:r>
          </w:p>
        </w:tc>
      </w:tr>
      <w:tr w:rsidR="00371BD3" w:rsidRPr="00C36BAE" w14:paraId="223A8587" w14:textId="77777777">
        <w:tc>
          <w:tcPr>
            <w:tcW w:w="5270" w:type="dxa"/>
          </w:tcPr>
          <w:p w14:paraId="47C60865" w14:textId="543543E3" w:rsidR="008A7D03" w:rsidRPr="00C36BAE" w:rsidRDefault="00CC78A1" w:rsidP="008A7D03">
            <w:pPr>
              <w:spacing w:after="180"/>
              <w:ind w:left="360" w:hangingChars="100" w:hanging="360"/>
              <w:rPr>
                <w:rFonts w:hint="eastAsia"/>
                <w:sz w:val="36"/>
                <w:lang w:eastAsia="ja-JP"/>
              </w:rPr>
            </w:pPr>
            <w:r w:rsidRPr="00C36BAE">
              <w:rPr>
                <w:sz w:val="36"/>
              </w:rPr>
              <w:t>18.  203 − 97 =</w:t>
            </w:r>
            <w:r w:rsidR="008A7D03">
              <w:rPr>
                <w:rFonts w:hint="eastAsia"/>
                <w:sz w:val="36"/>
                <w:lang w:eastAsia="ja-JP"/>
              </w:rPr>
              <w:t xml:space="preserve">　</w:t>
            </w:r>
            <w:r w:rsidRPr="00C36BAE">
              <w:rPr>
                <w:sz w:val="36"/>
              </w:rPr>
              <w:t xml:space="preserve"> ___________</w:t>
            </w:r>
            <w:r w:rsidR="008A7D03">
              <w:rPr>
                <w:rFonts w:hint="eastAsia"/>
                <w:sz w:val="36"/>
                <w:lang w:eastAsia="ja-JP"/>
              </w:rPr>
              <w:t xml:space="preserve">　　　　</w:t>
            </w:r>
          </w:p>
        </w:tc>
        <w:tc>
          <w:tcPr>
            <w:tcW w:w="5270" w:type="dxa"/>
          </w:tcPr>
          <w:p w14:paraId="13958DF8" w14:textId="77777777" w:rsidR="00371BD3" w:rsidRDefault="00371BD3">
            <w:pPr>
              <w:rPr>
                <w:sz w:val="36"/>
                <w:lang w:eastAsia="ja-JP"/>
              </w:rPr>
            </w:pPr>
          </w:p>
          <w:p w14:paraId="133CE56F" w14:textId="77777777" w:rsidR="008A7D03" w:rsidRPr="00C36BAE" w:rsidRDefault="008A7D03">
            <w:pPr>
              <w:rPr>
                <w:rFonts w:hint="eastAsia"/>
                <w:sz w:val="36"/>
                <w:lang w:eastAsia="ja-JP"/>
              </w:rPr>
            </w:pPr>
          </w:p>
        </w:tc>
      </w:tr>
    </w:tbl>
    <w:p w14:paraId="3A215A58" w14:textId="77777777" w:rsidR="00371BD3" w:rsidRDefault="00CC78A1">
      <w:r>
        <w:br w:type="page"/>
      </w:r>
    </w:p>
    <w:p w14:paraId="2C93B4B1" w14:textId="77777777" w:rsidR="00371BD3" w:rsidRDefault="00CC78A1">
      <w:r>
        <w:rPr>
          <w:b/>
          <w:sz w:val="38"/>
        </w:rPr>
        <w:lastRenderedPageBreak/>
        <w:t>CHAPTER 1-B — PECAHAN DAN DESIMAL</w:t>
      </w:r>
    </w:p>
    <w:p w14:paraId="3987B228" w14:textId="77777777" w:rsidR="00371BD3" w:rsidRDefault="00CC78A1">
      <w:r>
        <w:rPr>
          <w:b/>
          <w:sz w:val="30"/>
        </w:rPr>
        <w:t>Waktu: 10 menit</w:t>
      </w:r>
    </w:p>
    <w:p w14:paraId="25CA89CA" w14:textId="77777777" w:rsidR="00371BD3" w:rsidRDefault="00CC78A1">
      <w:r>
        <w:t>Perhatikan garis bilangan dan hubungan antara pecahan dan desimal. Tuliskan jawaban pada tempat yang tersedia.</w:t>
      </w:r>
    </w:p>
    <w:p w14:paraId="6614DB61" w14:textId="7A131788" w:rsidR="00371BD3" w:rsidRDefault="00C36BAE"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ABBDC" wp14:editId="71B50929">
                <wp:simplePos x="0" y="0"/>
                <wp:positionH relativeFrom="column">
                  <wp:posOffset>2957830</wp:posOffset>
                </wp:positionH>
                <wp:positionV relativeFrom="paragraph">
                  <wp:posOffset>275590</wp:posOffset>
                </wp:positionV>
                <wp:extent cx="457200" cy="441960"/>
                <wp:effectExtent l="57150" t="19050" r="76200" b="91440"/>
                <wp:wrapNone/>
                <wp:docPr id="192061254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4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C9961" w14:textId="61C7B893" w:rsidR="00C36BAE" w:rsidRPr="00C36BAE" w:rsidRDefault="00C36BAE" w:rsidP="00C36BA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32"/>
                                <w:lang w:eastAsia="ja-JP"/>
                              </w:rPr>
                            </w:pPr>
                            <w:r w:rsidRPr="00C36BAE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32"/>
                                <w:lang w:eastAsia="ja-JP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7ABBDC" id="正方形/長方形 1" o:spid="_x0000_s1026" style="position:absolute;margin-left:232.9pt;margin-top:21.7pt;width:36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" fillcolor="white [3212]" strokecolor="#4579b8 [3044]">
                <v:shadow on="t" color="black" opacity="22937f" origin=",.5" offset="0,.63889mm"/>
                <v:textbox>
                  <w:txbxContent>
                    <w:p w14:paraId="6B9C9961" w14:textId="61C7B893" w:rsidR="00C36BAE" w:rsidRPr="00C36BAE" w:rsidRDefault="00C36BAE" w:rsidP="00C36BAE">
                      <w:pPr>
                        <w:jc w:val="center"/>
                        <w:rPr>
                          <w:color w:val="000000" w:themeColor="text1"/>
                          <w:sz w:val="40"/>
                          <w:szCs w:val="32"/>
                          <w:lang w:eastAsia="ja-JP"/>
                        </w:rPr>
                      </w:pPr>
                      <w:r w:rsidRPr="00C36BAE">
                        <w:rPr>
                          <w:rFonts w:hint="eastAsia"/>
                          <w:color w:val="000000" w:themeColor="text1"/>
                          <w:sz w:val="40"/>
                          <w:szCs w:val="32"/>
                          <w:lang w:eastAsia="ja-JP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0"/>
        </w:rPr>
        <w:t xml:space="preserve">1. </w:t>
      </w:r>
      <w:proofErr w:type="spellStart"/>
      <w:r>
        <w:rPr>
          <w:sz w:val="30"/>
        </w:rPr>
        <w:t>Tuliskan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pecahan</w:t>
      </w:r>
      <w:proofErr w:type="spellEnd"/>
      <w:r>
        <w:rPr>
          <w:sz w:val="30"/>
        </w:rPr>
        <w:t xml:space="preserve"> yang </w:t>
      </w:r>
      <w:proofErr w:type="spellStart"/>
      <w:r>
        <w:rPr>
          <w:sz w:val="30"/>
        </w:rPr>
        <w:t>tepat</w:t>
      </w:r>
      <w:proofErr w:type="spellEnd"/>
      <w:r>
        <w:rPr>
          <w:sz w:val="30"/>
        </w:rPr>
        <w:t xml:space="preserve"> pada kotak di tengah garis bilangan.</w:t>
      </w:r>
    </w:p>
    <w:p w14:paraId="4930FFA4" w14:textId="0DF075DA" w:rsidR="00371BD3" w:rsidRDefault="00CC78A1">
      <w:r>
        <w:rPr>
          <w:sz w:val="36"/>
        </w:rPr>
        <w:t xml:space="preserve">0  ├──────────────── </w:t>
      </w:r>
      <w:r w:rsidR="00C36BAE">
        <w:rPr>
          <w:rFonts w:hint="eastAsia"/>
          <w:sz w:val="36"/>
          <w:lang w:eastAsia="ja-JP"/>
        </w:rPr>
        <w:t xml:space="preserve">　</w:t>
      </w:r>
      <w:r>
        <w:rPr>
          <w:sz w:val="36"/>
        </w:rPr>
        <w:t xml:space="preserve"> ────────────────┤  1</w:t>
      </w:r>
    </w:p>
    <w:p w14:paraId="77CC0387" w14:textId="77777777" w:rsidR="00371BD3" w:rsidRDefault="00CC78A1">
      <w:r>
        <w:rPr>
          <w:sz w:val="36"/>
        </w:rPr>
        <w:t>Jawaban: ________________________</w:t>
      </w:r>
    </w:p>
    <w:p w14:paraId="68B040C9" w14:textId="241775DC" w:rsidR="00371BD3" w:rsidRDefault="00C36BAE">
      <w:r w:rsidRPr="00C36BAE"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143A0" wp14:editId="321CFA12">
                <wp:simplePos x="0" y="0"/>
                <wp:positionH relativeFrom="column">
                  <wp:posOffset>2912110</wp:posOffset>
                </wp:positionH>
                <wp:positionV relativeFrom="paragraph">
                  <wp:posOffset>310515</wp:posOffset>
                </wp:positionV>
                <wp:extent cx="495300" cy="419100"/>
                <wp:effectExtent l="57150" t="19050" r="76200" b="95250"/>
                <wp:wrapNone/>
                <wp:docPr id="2057610171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29B4F" w14:textId="1CB24C3F" w:rsidR="00C36BAE" w:rsidRPr="00C36BAE" w:rsidRDefault="00C36BAE" w:rsidP="00C36BA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32"/>
                                <w:lang w:eastAsia="ja-JP"/>
                              </w:rPr>
                            </w:pPr>
                            <w:r w:rsidRPr="00C36BAE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32"/>
                                <w:lang w:eastAsia="ja-JP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143A0" id="正方形/長方形 2" o:spid="_x0000_s1027" style="position:absolute;margin-left:229.3pt;margin-top:24.45pt;width:39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" fillcolor="white [3212]" strokecolor="#4579b8 [3044]">
                <v:shadow on="t" color="black" opacity="22937f" origin=",.5" offset="0,.63889mm"/>
                <v:textbox>
                  <w:txbxContent>
                    <w:p w14:paraId="2E529B4F" w14:textId="1CB24C3F" w:rsidR="00C36BAE" w:rsidRPr="00C36BAE" w:rsidRDefault="00C36BAE" w:rsidP="00C36BAE">
                      <w:pPr>
                        <w:jc w:val="center"/>
                        <w:rPr>
                          <w:color w:val="000000" w:themeColor="text1"/>
                          <w:sz w:val="40"/>
                          <w:szCs w:val="32"/>
                          <w:lang w:eastAsia="ja-JP"/>
                        </w:rPr>
                      </w:pPr>
                      <w:r w:rsidRPr="00C36BAE">
                        <w:rPr>
                          <w:rFonts w:hint="eastAsia"/>
                          <w:color w:val="000000" w:themeColor="text1"/>
                          <w:sz w:val="40"/>
                          <w:szCs w:val="32"/>
                          <w:lang w:eastAsia="ja-JP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0"/>
        </w:rPr>
        <w:t xml:space="preserve">2. </w:t>
      </w:r>
      <w:proofErr w:type="spellStart"/>
      <w:r>
        <w:rPr>
          <w:sz w:val="30"/>
        </w:rPr>
        <w:t>Tuliskan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bilangan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desimal</w:t>
      </w:r>
      <w:proofErr w:type="spellEnd"/>
      <w:r>
        <w:rPr>
          <w:sz w:val="30"/>
        </w:rPr>
        <w:t xml:space="preserve"> yang tepat pada kotak di tengah garis bilangan.</w:t>
      </w:r>
    </w:p>
    <w:p w14:paraId="4CB24AD7" w14:textId="29957E57" w:rsidR="00371BD3" w:rsidRDefault="00CC78A1">
      <w:proofErr w:type="gramStart"/>
      <w:r>
        <w:rPr>
          <w:sz w:val="36"/>
        </w:rPr>
        <w:t>0  ├</w:t>
      </w:r>
      <w:proofErr w:type="gramEnd"/>
      <w:r>
        <w:rPr>
          <w:sz w:val="36"/>
        </w:rPr>
        <w:t xml:space="preserve">──────────────── </w:t>
      </w:r>
      <w:r w:rsidR="00C36BAE">
        <w:rPr>
          <w:rFonts w:hint="eastAsia"/>
          <w:sz w:val="36"/>
          <w:lang w:eastAsia="ja-JP"/>
        </w:rPr>
        <w:t xml:space="preserve">   </w:t>
      </w:r>
      <w:r>
        <w:rPr>
          <w:sz w:val="36"/>
        </w:rPr>
        <w:t xml:space="preserve"> ────────────────</w:t>
      </w:r>
      <w:proofErr w:type="gramStart"/>
      <w:r>
        <w:rPr>
          <w:sz w:val="36"/>
        </w:rPr>
        <w:t>┤  1</w:t>
      </w:r>
      <w:proofErr w:type="gramEnd"/>
    </w:p>
    <w:p w14:paraId="6EEE028E" w14:textId="77777777" w:rsidR="00371BD3" w:rsidRDefault="00CC78A1">
      <w:proofErr w:type="spellStart"/>
      <w:r>
        <w:rPr>
          <w:sz w:val="36"/>
        </w:rPr>
        <w:t>Jawaban</w:t>
      </w:r>
      <w:proofErr w:type="spellEnd"/>
      <w:r>
        <w:rPr>
          <w:sz w:val="36"/>
        </w:rPr>
        <w:t>: ________________________</w:t>
      </w:r>
    </w:p>
    <w:p w14:paraId="3BE4E35E" w14:textId="77777777" w:rsidR="00371BD3" w:rsidRDefault="00CC78A1">
      <w:r>
        <w:rPr>
          <w:sz w:val="30"/>
        </w:rPr>
        <w:t>3. Garis bilangan dibagi menjadi 4 bagian sama besar. Tuliskan pecahan pada A dan B.</w:t>
      </w:r>
    </w:p>
    <w:p w14:paraId="56F368A3" w14:textId="77777777" w:rsidR="00371BD3" w:rsidRDefault="00CC78A1">
      <w:r>
        <w:rPr>
          <w:sz w:val="36"/>
        </w:rPr>
        <w:t>0  ├──────── A ────────┼──────── B ────────┤  1</w:t>
      </w:r>
    </w:p>
    <w:p w14:paraId="530206BC" w14:textId="77777777" w:rsidR="00371BD3" w:rsidRDefault="00CC78A1">
      <w:r>
        <w:rPr>
          <w:sz w:val="36"/>
        </w:rPr>
        <w:t>A = ____________</w:t>
      </w:r>
    </w:p>
    <w:p w14:paraId="0FC94C1E" w14:textId="77777777" w:rsidR="00371BD3" w:rsidRDefault="00CC78A1">
      <w:r>
        <w:rPr>
          <w:sz w:val="36"/>
        </w:rPr>
        <w:t>B = ____________</w:t>
      </w:r>
    </w:p>
    <w:p w14:paraId="3879CB01" w14:textId="77777777" w:rsidR="00371BD3" w:rsidRDefault="00CC78A1">
      <w:r>
        <w:rPr>
          <w:sz w:val="30"/>
        </w:rPr>
        <w:t>4. Tuliskan bentuk desimal dari pecahan berikut.</w:t>
      </w:r>
    </w:p>
    <w:p w14:paraId="336DB05E" w14:textId="77777777" w:rsidR="00371BD3" w:rsidRDefault="00CC78A1">
      <w:r>
        <w:rPr>
          <w:sz w:val="36"/>
        </w:rPr>
        <w:t>1/4 = ____________</w:t>
      </w:r>
    </w:p>
    <w:p w14:paraId="1213D92C" w14:textId="77777777" w:rsidR="00371BD3" w:rsidRDefault="00CC78A1">
      <w:r>
        <w:rPr>
          <w:sz w:val="36"/>
        </w:rPr>
        <w:t>3/4 = ____________</w:t>
      </w:r>
    </w:p>
    <w:p w14:paraId="1E7F2A5A" w14:textId="77777777" w:rsidR="00371BD3" w:rsidRDefault="00CC78A1">
      <w:r>
        <w:rPr>
          <w:sz w:val="30"/>
        </w:rPr>
        <w:t>5. Lingkari SEMUA bilangan yang lebih kecil dari 1.</w:t>
      </w:r>
    </w:p>
    <w:p w14:paraId="0F888F79" w14:textId="77777777" w:rsidR="00371BD3" w:rsidRDefault="00CC78A1">
      <w:r>
        <w:rPr>
          <w:sz w:val="36"/>
        </w:rPr>
        <w:t>3/2      0,8      5/4      1/3      1,2      0,99</w:t>
      </w:r>
    </w:p>
    <w:p w14:paraId="04F4C118" w14:textId="77777777" w:rsidR="00371BD3" w:rsidRDefault="00CC78A1">
      <w:r>
        <w:rPr>
          <w:sz w:val="30"/>
        </w:rPr>
        <w:t>6. Beri tanda ● pada posisi kira-kira 0,7.</w:t>
      </w:r>
    </w:p>
    <w:p w14:paraId="3CA068AC" w14:textId="64067A48" w:rsidR="00371BD3" w:rsidRDefault="00CC78A1">
      <w:proofErr w:type="gramStart"/>
      <w:r>
        <w:rPr>
          <w:sz w:val="36"/>
        </w:rPr>
        <w:t>0  ├</w:t>
      </w:r>
      <w:proofErr w:type="gramEnd"/>
      <w:r>
        <w:rPr>
          <w:sz w:val="36"/>
        </w:rPr>
        <w:t>────────────────────────────────────</w:t>
      </w:r>
      <w:proofErr w:type="gramStart"/>
      <w:r>
        <w:rPr>
          <w:sz w:val="36"/>
        </w:rPr>
        <w:t>┤  1</w:t>
      </w:r>
      <w:proofErr w:type="gramEnd"/>
    </w:p>
    <w:p w14:paraId="70DC55BD" w14:textId="77777777" w:rsidR="00371BD3" w:rsidRDefault="00CC78A1">
      <w:r>
        <w:rPr>
          <w:sz w:val="30"/>
        </w:rPr>
        <w:lastRenderedPageBreak/>
        <w:t>7. Beri tanda ● pada posisi kira-kira 2/3.</w:t>
      </w:r>
    </w:p>
    <w:p w14:paraId="4FD229E5" w14:textId="7F621DF3" w:rsidR="00371BD3" w:rsidRDefault="00CC78A1">
      <w:proofErr w:type="gramStart"/>
      <w:r>
        <w:rPr>
          <w:sz w:val="36"/>
        </w:rPr>
        <w:t>0  ├</w:t>
      </w:r>
      <w:proofErr w:type="gramEnd"/>
      <w:r>
        <w:rPr>
          <w:sz w:val="36"/>
        </w:rPr>
        <w:t>────────────────────────────────────</w:t>
      </w:r>
      <w:proofErr w:type="gramStart"/>
      <w:r>
        <w:rPr>
          <w:sz w:val="36"/>
        </w:rPr>
        <w:t>┤  1</w:t>
      </w:r>
      <w:proofErr w:type="gramEnd"/>
    </w:p>
    <w:p w14:paraId="4C9E284F" w14:textId="77777777" w:rsidR="00371BD3" w:rsidRDefault="00CC78A1">
      <w:r>
        <w:rPr>
          <w:sz w:val="30"/>
        </w:rPr>
        <w:t>8. Pasangkan setiap pecahan dengan bilangan desimal yang nilainya sama. Tuliskan jawabannya.</w:t>
      </w:r>
    </w:p>
    <w:p w14:paraId="6A7D2AAD" w14:textId="77777777" w:rsidR="00371BD3" w:rsidRDefault="00CC78A1">
      <w:r>
        <w:rPr>
          <w:sz w:val="36"/>
        </w:rPr>
        <w:t>Pilihan: 0,25     0,5     0,75</w:t>
      </w:r>
    </w:p>
    <w:p w14:paraId="5EDB0FBA" w14:textId="77777777" w:rsidR="00371BD3" w:rsidRDefault="00CC78A1">
      <w:r>
        <w:rPr>
          <w:sz w:val="36"/>
        </w:rPr>
        <w:t>1/2 = ____________</w:t>
      </w:r>
    </w:p>
    <w:p w14:paraId="14F74D75" w14:textId="77777777" w:rsidR="00371BD3" w:rsidRDefault="00CC78A1">
      <w:r>
        <w:rPr>
          <w:sz w:val="36"/>
        </w:rPr>
        <w:t>1/4 = ____________</w:t>
      </w:r>
    </w:p>
    <w:p w14:paraId="6E6330C8" w14:textId="77777777" w:rsidR="00371BD3" w:rsidRDefault="00CC78A1">
      <w:r>
        <w:rPr>
          <w:sz w:val="36"/>
        </w:rPr>
        <w:t>3/4 = ____________</w:t>
      </w:r>
    </w:p>
    <w:p w14:paraId="6E535A18" w14:textId="77777777" w:rsidR="00371BD3" w:rsidRDefault="00CC78A1">
      <w:r>
        <w:rPr>
          <w:sz w:val="30"/>
        </w:rPr>
        <w:t>9. Manakah yang paling besar?   0,65     2/3     0,7</w:t>
      </w:r>
    </w:p>
    <w:p w14:paraId="0EB44B39" w14:textId="77777777" w:rsidR="00371BD3" w:rsidRDefault="00CC78A1">
      <w:r>
        <w:rPr>
          <w:sz w:val="36"/>
        </w:rPr>
        <w:t>Jawaban: ________________________</w:t>
      </w:r>
    </w:p>
    <w:p w14:paraId="35B690F7" w14:textId="77777777" w:rsidR="00371BD3" w:rsidRDefault="00CC78A1">
      <w:r>
        <w:rPr>
          <w:sz w:val="30"/>
        </w:rPr>
        <w:t>10. Manakah yang paling dekat dengan 1?   0,9     7/8     0,95</w:t>
      </w:r>
    </w:p>
    <w:p w14:paraId="37E4239B" w14:textId="77777777" w:rsidR="00371BD3" w:rsidRDefault="00CC78A1">
      <w:r>
        <w:rPr>
          <w:sz w:val="36"/>
        </w:rPr>
        <w:t>Jawaban: ________________________</w:t>
      </w:r>
    </w:p>
    <w:p w14:paraId="4636BCE9" w14:textId="77777777" w:rsidR="00371BD3" w:rsidRDefault="00CC78A1">
      <w:r>
        <w:br w:type="page"/>
      </w:r>
    </w:p>
    <w:p w14:paraId="3CFA1B0D" w14:textId="77777777" w:rsidR="00371BD3" w:rsidRDefault="00CC78A1">
      <w:r>
        <w:rPr>
          <w:b/>
          <w:sz w:val="38"/>
        </w:rPr>
        <w:lastRenderedPageBreak/>
        <w:t>CHAPTER 2 — PERKALIAN DASAR</w:t>
      </w:r>
    </w:p>
    <w:p w14:paraId="61EC847B" w14:textId="77777777" w:rsidR="00371BD3" w:rsidRDefault="00CC78A1">
      <w:r>
        <w:rPr>
          <w:b/>
          <w:sz w:val="30"/>
        </w:rPr>
        <w:t>Waktu: 3 menit</w:t>
      </w:r>
    </w:p>
    <w:p w14:paraId="49A35CD1" w14:textId="77777777" w:rsidR="00371BD3" w:rsidRDefault="00CC78A1">
      <w:r>
        <w:t>Kerjakan 15 soal berikut secepat dan setepat mungkin.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70"/>
      </w:tblGrid>
      <w:tr w:rsidR="00371BD3" w14:paraId="0593219D" w14:textId="77777777">
        <w:tc>
          <w:tcPr>
            <w:tcW w:w="5270" w:type="dxa"/>
          </w:tcPr>
          <w:p w14:paraId="1B2C9A9D" w14:textId="77777777" w:rsidR="00371BD3" w:rsidRDefault="00CC78A1">
            <w:r>
              <w:rPr>
                <w:sz w:val="36"/>
              </w:rPr>
              <w:t xml:space="preserve">1. 7 × 1 </w:t>
            </w:r>
            <w:proofErr w:type="gramStart"/>
            <w:r>
              <w:rPr>
                <w:sz w:val="36"/>
              </w:rPr>
              <w:t>= __</w:t>
            </w:r>
            <w:proofErr w:type="gramEnd"/>
            <w:r>
              <w:rPr>
                <w:sz w:val="36"/>
              </w:rPr>
              <w:t>________________</w:t>
            </w:r>
          </w:p>
        </w:tc>
        <w:tc>
          <w:tcPr>
            <w:tcW w:w="5270" w:type="dxa"/>
          </w:tcPr>
          <w:p w14:paraId="193446F7" w14:textId="77777777" w:rsidR="00371BD3" w:rsidRDefault="00CC78A1">
            <w:r>
              <w:rPr>
                <w:sz w:val="36"/>
              </w:rPr>
              <w:t>9. 7 × 9 = __________________</w:t>
            </w:r>
          </w:p>
        </w:tc>
      </w:tr>
      <w:tr w:rsidR="00371BD3" w14:paraId="6F7E53FA" w14:textId="77777777">
        <w:tc>
          <w:tcPr>
            <w:tcW w:w="5270" w:type="dxa"/>
          </w:tcPr>
          <w:p w14:paraId="787D3A21" w14:textId="77777777" w:rsidR="00371BD3" w:rsidRDefault="00CC78A1">
            <w:r>
              <w:rPr>
                <w:sz w:val="36"/>
              </w:rPr>
              <w:t>2. 7 × 2 = __________________</w:t>
            </w:r>
          </w:p>
        </w:tc>
        <w:tc>
          <w:tcPr>
            <w:tcW w:w="5270" w:type="dxa"/>
          </w:tcPr>
          <w:p w14:paraId="772C09BB" w14:textId="77777777" w:rsidR="00371BD3" w:rsidRDefault="00CC78A1">
            <w:r>
              <w:rPr>
                <w:sz w:val="36"/>
              </w:rPr>
              <w:t>10. 8 × 6 = __________________</w:t>
            </w:r>
          </w:p>
        </w:tc>
      </w:tr>
      <w:tr w:rsidR="00371BD3" w14:paraId="33A74CF9" w14:textId="77777777">
        <w:tc>
          <w:tcPr>
            <w:tcW w:w="5270" w:type="dxa"/>
          </w:tcPr>
          <w:p w14:paraId="5C688033" w14:textId="77777777" w:rsidR="00371BD3" w:rsidRDefault="00CC78A1">
            <w:r>
              <w:rPr>
                <w:sz w:val="36"/>
              </w:rPr>
              <w:t>3. 7 × 3 = __________________</w:t>
            </w:r>
          </w:p>
        </w:tc>
        <w:tc>
          <w:tcPr>
            <w:tcW w:w="5270" w:type="dxa"/>
          </w:tcPr>
          <w:p w14:paraId="300B1166" w14:textId="77777777" w:rsidR="00371BD3" w:rsidRDefault="00CC78A1">
            <w:r>
              <w:rPr>
                <w:sz w:val="36"/>
              </w:rPr>
              <w:t>11. 9 × 7 = __________________</w:t>
            </w:r>
          </w:p>
        </w:tc>
      </w:tr>
      <w:tr w:rsidR="00371BD3" w14:paraId="23FB7B2B" w14:textId="77777777">
        <w:tc>
          <w:tcPr>
            <w:tcW w:w="5270" w:type="dxa"/>
          </w:tcPr>
          <w:p w14:paraId="3440BAE8" w14:textId="77777777" w:rsidR="00371BD3" w:rsidRDefault="00CC78A1">
            <w:r>
              <w:rPr>
                <w:sz w:val="36"/>
              </w:rPr>
              <w:t>4. 7 × 4 = __________________</w:t>
            </w:r>
          </w:p>
        </w:tc>
        <w:tc>
          <w:tcPr>
            <w:tcW w:w="5270" w:type="dxa"/>
          </w:tcPr>
          <w:p w14:paraId="324F36F1" w14:textId="77777777" w:rsidR="00371BD3" w:rsidRDefault="00CC78A1">
            <w:r>
              <w:rPr>
                <w:sz w:val="36"/>
              </w:rPr>
              <w:t>12. 8 × 9 = __________________</w:t>
            </w:r>
          </w:p>
        </w:tc>
      </w:tr>
      <w:tr w:rsidR="00371BD3" w14:paraId="65E39F96" w14:textId="77777777">
        <w:tc>
          <w:tcPr>
            <w:tcW w:w="5270" w:type="dxa"/>
          </w:tcPr>
          <w:p w14:paraId="01B0DC45" w14:textId="77777777" w:rsidR="00371BD3" w:rsidRDefault="00CC78A1">
            <w:r>
              <w:rPr>
                <w:sz w:val="36"/>
              </w:rPr>
              <w:t>5. 7 × 5 = __________________</w:t>
            </w:r>
          </w:p>
        </w:tc>
        <w:tc>
          <w:tcPr>
            <w:tcW w:w="5270" w:type="dxa"/>
          </w:tcPr>
          <w:p w14:paraId="78FEE6A7" w14:textId="77777777" w:rsidR="00371BD3" w:rsidRDefault="00CC78A1">
            <w:r>
              <w:rPr>
                <w:sz w:val="36"/>
              </w:rPr>
              <w:t>13. 9 × 4 = __________________</w:t>
            </w:r>
          </w:p>
        </w:tc>
      </w:tr>
      <w:tr w:rsidR="00371BD3" w14:paraId="4C128F46" w14:textId="77777777">
        <w:tc>
          <w:tcPr>
            <w:tcW w:w="5270" w:type="dxa"/>
          </w:tcPr>
          <w:p w14:paraId="686E2544" w14:textId="77777777" w:rsidR="00371BD3" w:rsidRDefault="00CC78A1">
            <w:r>
              <w:rPr>
                <w:sz w:val="36"/>
              </w:rPr>
              <w:t>6. 7 × 6 = __________________</w:t>
            </w:r>
          </w:p>
        </w:tc>
        <w:tc>
          <w:tcPr>
            <w:tcW w:w="5270" w:type="dxa"/>
          </w:tcPr>
          <w:p w14:paraId="6498917F" w14:textId="77777777" w:rsidR="00371BD3" w:rsidRDefault="00CC78A1">
            <w:r>
              <w:rPr>
                <w:sz w:val="36"/>
              </w:rPr>
              <w:t>14. 8 × 7 = __________________</w:t>
            </w:r>
          </w:p>
        </w:tc>
      </w:tr>
      <w:tr w:rsidR="00371BD3" w14:paraId="6F7C975E" w14:textId="77777777">
        <w:tc>
          <w:tcPr>
            <w:tcW w:w="5270" w:type="dxa"/>
          </w:tcPr>
          <w:p w14:paraId="7F0F5DF9" w14:textId="77777777" w:rsidR="00371BD3" w:rsidRDefault="00CC78A1">
            <w:r>
              <w:rPr>
                <w:sz w:val="36"/>
              </w:rPr>
              <w:t>7. 7 × 7 = __________________</w:t>
            </w:r>
          </w:p>
        </w:tc>
        <w:tc>
          <w:tcPr>
            <w:tcW w:w="5270" w:type="dxa"/>
          </w:tcPr>
          <w:p w14:paraId="0B9508BB" w14:textId="77777777" w:rsidR="00371BD3" w:rsidRDefault="00CC78A1">
            <w:r>
              <w:rPr>
                <w:sz w:val="36"/>
              </w:rPr>
              <w:t>15. 9 × 8 = __________________</w:t>
            </w:r>
          </w:p>
        </w:tc>
      </w:tr>
      <w:tr w:rsidR="00371BD3" w14:paraId="1D4F6F7C" w14:textId="77777777">
        <w:tc>
          <w:tcPr>
            <w:tcW w:w="5270" w:type="dxa"/>
          </w:tcPr>
          <w:p w14:paraId="19C7DC26" w14:textId="77777777" w:rsidR="00371BD3" w:rsidRDefault="00CC78A1">
            <w:r>
              <w:rPr>
                <w:sz w:val="36"/>
              </w:rPr>
              <w:t>8. 7 × 8 = __________________</w:t>
            </w:r>
          </w:p>
        </w:tc>
        <w:tc>
          <w:tcPr>
            <w:tcW w:w="5270" w:type="dxa"/>
          </w:tcPr>
          <w:p w14:paraId="23555FF8" w14:textId="77777777" w:rsidR="00371BD3" w:rsidRDefault="00371BD3"/>
        </w:tc>
      </w:tr>
    </w:tbl>
    <w:p w14:paraId="131D79C0" w14:textId="06DC7338" w:rsidR="00371BD3" w:rsidRDefault="00CC78A1">
      <w:r>
        <w:br w:type="page"/>
      </w:r>
      <w:r>
        <w:rPr>
          <w:b/>
          <w:sz w:val="38"/>
        </w:rPr>
        <w:lastRenderedPageBreak/>
        <w:t>CHAPTER 3 — MEMECAH PERKALIAN</w:t>
      </w:r>
    </w:p>
    <w:p w14:paraId="6CD486CD" w14:textId="77777777" w:rsidR="00371BD3" w:rsidRDefault="00CC78A1">
      <w:r>
        <w:rPr>
          <w:b/>
          <w:sz w:val="30"/>
        </w:rPr>
        <w:t>Waktu: 5 menit</w:t>
      </w:r>
    </w:p>
    <w:p w14:paraId="30444E53" w14:textId="77777777" w:rsidR="00371BD3" w:rsidRDefault="00CC78A1">
      <w:r>
        <w:t>Isi angka yang tepat pada setiap kotak (□), lalu hitung hasil akhirnya. Tuliskan KEDUA jawaban: angka di dalam kotak dan hasil perkalian.</w:t>
      </w:r>
    </w:p>
    <w:p w14:paraId="477D96B3" w14:textId="77777777" w:rsidR="00371BD3" w:rsidRDefault="00CC78A1">
      <w:r>
        <w:rPr>
          <w:b/>
          <w:sz w:val="30"/>
        </w:rPr>
        <w:t>A. Lengkapi bentuk perkalian berikut.</w:t>
      </w:r>
    </w:p>
    <w:p w14:paraId="380B34FC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1. 7 × 6 = 5 × 6 + □ × 6</w:t>
      </w:r>
    </w:p>
    <w:p w14:paraId="20FC66DD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= __________        Hasil akhir = __________________</w:t>
      </w:r>
    </w:p>
    <w:p w14:paraId="0E02F26C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2. 8 × 7 = 5 × 7 + □ × 7</w:t>
      </w:r>
    </w:p>
    <w:p w14:paraId="221ACD50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= __________        Hasil akhir = __________________</w:t>
      </w:r>
    </w:p>
    <w:p w14:paraId="794332C0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3. 6 × 9 = 5 × 9 + □ × 9</w:t>
      </w:r>
    </w:p>
    <w:p w14:paraId="21FEF4E6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= __________        Hasil akhir = __________________</w:t>
      </w:r>
    </w:p>
    <w:p w14:paraId="4D05ECDA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4. 13 × 4 = 10 × 4 + □ × 4</w:t>
      </w:r>
    </w:p>
    <w:p w14:paraId="775C441A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= __________        Hasil akhir = __________________</w:t>
      </w:r>
    </w:p>
    <w:p w14:paraId="29ADA2A4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5. 17 × 3 = 10 × 3 + □ × 3</w:t>
      </w:r>
    </w:p>
    <w:p w14:paraId="05453789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= __________        Hasil akhir = __________________</w:t>
      </w:r>
    </w:p>
    <w:p w14:paraId="4B7040F6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6. 18 × 5 = 10 × 5 + □ × 5</w:t>
      </w:r>
    </w:p>
    <w:p w14:paraId="2C78EE11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= __________        Hasil akhir = __________________</w:t>
      </w:r>
    </w:p>
    <w:p w14:paraId="3651CDB4" w14:textId="77777777" w:rsidR="00371BD3" w:rsidRPr="00FB0391" w:rsidRDefault="00CC78A1">
      <w:pPr>
        <w:rPr>
          <w:sz w:val="24"/>
          <w:szCs w:val="21"/>
        </w:rPr>
      </w:pPr>
      <w:r w:rsidRPr="00FB0391">
        <w:rPr>
          <w:b/>
          <w:szCs w:val="21"/>
        </w:rPr>
        <w:t>B. Pecah bilangan dengan caramu sendiri, lalu hitung hasil akhirnya.</w:t>
      </w:r>
    </w:p>
    <w:p w14:paraId="7B4D4FD3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7. 14 × 6 = □ × 6 + □ × 6</w:t>
      </w:r>
    </w:p>
    <w:p w14:paraId="5FFC3EE5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pertama = ______    □ kedua = ______    Hasil akhir = ______________</w:t>
      </w:r>
    </w:p>
    <w:p w14:paraId="6B05D119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>8. 16 × 4 = □ × 4 + □ × 4</w:t>
      </w:r>
    </w:p>
    <w:p w14:paraId="59339A3A" w14:textId="77777777" w:rsidR="00371BD3" w:rsidRPr="00FB0391" w:rsidRDefault="00CC78A1">
      <w:pPr>
        <w:rPr>
          <w:sz w:val="24"/>
          <w:szCs w:val="21"/>
        </w:rPr>
      </w:pPr>
      <w:r w:rsidRPr="00FB0391">
        <w:rPr>
          <w:sz w:val="32"/>
          <w:szCs w:val="21"/>
        </w:rPr>
        <w:t xml:space="preserve">   □ pertama = ______    □ kedua = ______    Hasil akhir = ______________</w:t>
      </w:r>
    </w:p>
    <w:p w14:paraId="2CCBC749" w14:textId="39071905" w:rsidR="00371BD3" w:rsidRPr="00FB0391" w:rsidRDefault="00CC78A1">
      <w:pPr>
        <w:rPr>
          <w:sz w:val="24"/>
          <w:szCs w:val="21"/>
        </w:rPr>
      </w:pPr>
      <w:r w:rsidRPr="00FB0391">
        <w:rPr>
          <w:sz w:val="24"/>
          <w:szCs w:val="21"/>
        </w:rPr>
        <w:br w:type="page"/>
      </w:r>
      <w:r>
        <w:rPr>
          <w:b/>
          <w:sz w:val="38"/>
        </w:rPr>
        <w:lastRenderedPageBreak/>
        <w:t>CHAPTER 4 — PEMBAGIAN</w:t>
      </w:r>
    </w:p>
    <w:p w14:paraId="20A8F3F1" w14:textId="77777777" w:rsidR="00371BD3" w:rsidRDefault="00CC78A1">
      <w:r>
        <w:rPr>
          <w:b/>
          <w:sz w:val="30"/>
        </w:rPr>
        <w:t>Waktu: 7 menit</w:t>
      </w:r>
    </w:p>
    <w:p w14:paraId="0CA335C7" w14:textId="77777777" w:rsidR="00371BD3" w:rsidRDefault="00CC78A1">
      <w:r>
        <w:t>Kerjakan dari Bagian A sampai D. Untuk soal bersisa, tuliskan hasil bagi dan sisanya.</w:t>
      </w:r>
    </w:p>
    <w:p w14:paraId="6C52C2DF" w14:textId="77777777" w:rsidR="00371BD3" w:rsidRDefault="00CC78A1">
      <w:r>
        <w:rPr>
          <w:b/>
          <w:sz w:val="30"/>
        </w:rPr>
        <w:t>A. Pembagian dengan perkalian dasar</w:t>
      </w:r>
    </w:p>
    <w:p w14:paraId="3E0ACBF7" w14:textId="77777777" w:rsidR="00371BD3" w:rsidRDefault="00CC78A1">
      <w:r>
        <w:rPr>
          <w:sz w:val="36"/>
        </w:rPr>
        <w:t>1. 56 ÷ 8 = __________________</w:t>
      </w:r>
    </w:p>
    <w:p w14:paraId="3F3F8C63" w14:textId="77777777" w:rsidR="00371BD3" w:rsidRDefault="00CC78A1">
      <w:r>
        <w:rPr>
          <w:sz w:val="36"/>
        </w:rPr>
        <w:t>2. 54 ÷ 6 = __________________</w:t>
      </w:r>
    </w:p>
    <w:p w14:paraId="03F97AA6" w14:textId="77777777" w:rsidR="00371BD3" w:rsidRDefault="00CC78A1">
      <w:r>
        <w:rPr>
          <w:b/>
          <w:sz w:val="30"/>
        </w:rPr>
        <w:t>B. Pembagian dengan sisa</w:t>
      </w:r>
    </w:p>
    <w:p w14:paraId="14E2ED20" w14:textId="77777777" w:rsidR="00371BD3" w:rsidRDefault="00CC78A1">
      <w:r>
        <w:rPr>
          <w:sz w:val="36"/>
        </w:rPr>
        <w:t>3. 29 ÷ 4 = ______ sisa ______</w:t>
      </w:r>
    </w:p>
    <w:p w14:paraId="60AFAEA7" w14:textId="77777777" w:rsidR="00371BD3" w:rsidRDefault="00CC78A1">
      <w:r>
        <w:rPr>
          <w:sz w:val="36"/>
        </w:rPr>
        <w:t>4. 53 ÷ 7 = ______ sisa ______</w:t>
      </w:r>
    </w:p>
    <w:p w14:paraId="4ECC2831" w14:textId="77777777" w:rsidR="00371BD3" w:rsidRDefault="00CC78A1">
      <w:r>
        <w:rPr>
          <w:b/>
          <w:sz w:val="30"/>
        </w:rPr>
        <w:t>C. Pembagian bersusun dasar</w:t>
      </w:r>
    </w:p>
    <w:p w14:paraId="092EAC62" w14:textId="77777777" w:rsidR="00371BD3" w:rsidRDefault="00CC78A1">
      <w:r>
        <w:rPr>
          <w:sz w:val="36"/>
        </w:rPr>
        <w:t>5. 84 ÷ 3 = __________________</w:t>
      </w:r>
    </w:p>
    <w:p w14:paraId="5E97D124" w14:textId="77777777" w:rsidR="00371BD3" w:rsidRDefault="00CC78A1">
      <w:r>
        <w:rPr>
          <w:sz w:val="36"/>
        </w:rPr>
        <w:t xml:space="preserve"> </w:t>
      </w:r>
    </w:p>
    <w:p w14:paraId="013F2BFF" w14:textId="77777777" w:rsidR="00371BD3" w:rsidRDefault="00CC78A1">
      <w:r>
        <w:rPr>
          <w:sz w:val="36"/>
        </w:rPr>
        <w:t>6. 132 ÷ 4 = __________________</w:t>
      </w:r>
    </w:p>
    <w:p w14:paraId="6F8787E9" w14:textId="77777777" w:rsidR="00371BD3" w:rsidRDefault="00CC78A1">
      <w:r>
        <w:rPr>
          <w:sz w:val="36"/>
        </w:rPr>
        <w:t xml:space="preserve"> </w:t>
      </w:r>
    </w:p>
    <w:p w14:paraId="3D75F147" w14:textId="77777777" w:rsidR="00371BD3" w:rsidRDefault="00CC78A1">
      <w:r>
        <w:rPr>
          <w:b/>
          <w:sz w:val="30"/>
        </w:rPr>
        <w:t>D. Pembagian bersusun yang lebih menantang</w:t>
      </w:r>
    </w:p>
    <w:p w14:paraId="70B60AEE" w14:textId="77777777" w:rsidR="00371BD3" w:rsidRDefault="00CC78A1">
      <w:r>
        <w:rPr>
          <w:sz w:val="36"/>
        </w:rPr>
        <w:t>7. 728 ÷ 8 = __________________</w:t>
      </w:r>
    </w:p>
    <w:p w14:paraId="12CE3A02" w14:textId="77777777" w:rsidR="00371BD3" w:rsidRDefault="00CC78A1">
      <w:r>
        <w:rPr>
          <w:sz w:val="36"/>
        </w:rPr>
        <w:t xml:space="preserve"> </w:t>
      </w:r>
    </w:p>
    <w:p w14:paraId="0C9427C9" w14:textId="77777777" w:rsidR="00371BD3" w:rsidRDefault="00CC78A1">
      <w:r>
        <w:rPr>
          <w:sz w:val="36"/>
        </w:rPr>
        <w:t>8. 945 ÷ 9 = __________________</w:t>
      </w:r>
    </w:p>
    <w:p w14:paraId="2AC70151" w14:textId="77777777" w:rsidR="00371BD3" w:rsidRDefault="00CC78A1">
      <w:r>
        <w:rPr>
          <w:sz w:val="36"/>
        </w:rPr>
        <w:t xml:space="preserve"> </w:t>
      </w:r>
    </w:p>
    <w:p w14:paraId="2F8A5C37" w14:textId="77777777" w:rsidR="00371BD3" w:rsidRDefault="00CC78A1">
      <w:r>
        <w:br w:type="page"/>
      </w:r>
    </w:p>
    <w:p w14:paraId="6A007103" w14:textId="77777777" w:rsidR="00371BD3" w:rsidRDefault="00CC78A1">
      <w:r>
        <w:rPr>
          <w:b/>
          <w:sz w:val="38"/>
        </w:rPr>
        <w:lastRenderedPageBreak/>
        <w:t>CHAPTER 5 — SOAL CERITA: TULISKAN PERSAMAANNYA</w:t>
      </w:r>
    </w:p>
    <w:p w14:paraId="2DFC616C" w14:textId="77777777" w:rsidR="00371BD3" w:rsidRDefault="00CC78A1">
      <w:r>
        <w:rPr>
          <w:b/>
          <w:sz w:val="30"/>
        </w:rPr>
        <w:t>Waktu: 7 menit</w:t>
      </w:r>
    </w:p>
    <w:p w14:paraId="46324433" w14:textId="77777777" w:rsidR="00371BD3" w:rsidRDefault="00CC78A1">
      <w:r>
        <w:t>Baca setiap soal. Tuliskan persamaan matematika yang sesuai. TIDAK perlu menghitung jawabannya.</w:t>
      </w:r>
    </w:p>
    <w:p w14:paraId="116F3BCF" w14:textId="77777777" w:rsidR="00371BD3" w:rsidRDefault="00CC78A1">
      <w:r>
        <w:rPr>
          <w:sz w:val="32"/>
        </w:rPr>
        <w:t>1. Setiap hari, Rina menabung Rp1.000. Berapa jumlah uang yang ditabung Rina setelah 30 hari?</w:t>
      </w:r>
    </w:p>
    <w:p w14:paraId="73564186" w14:textId="77777777" w:rsidR="00371BD3" w:rsidRDefault="00CC78A1">
      <w:r>
        <w:rPr>
          <w:sz w:val="36"/>
        </w:rPr>
        <w:t>Persamaan: ________________________________________</w:t>
      </w:r>
    </w:p>
    <w:p w14:paraId="4F1C9CE7" w14:textId="77777777" w:rsidR="00371BD3" w:rsidRDefault="00CC78A1">
      <w:r>
        <w:rPr>
          <w:sz w:val="32"/>
        </w:rPr>
        <w:t>2. Rina ingin mengumpulkan Rp30.000. Jika ia menabung Rp1.000 setiap hari, berapa hari yang diperlukan?</w:t>
      </w:r>
    </w:p>
    <w:p w14:paraId="17BC2110" w14:textId="77777777" w:rsidR="00371BD3" w:rsidRDefault="00CC78A1">
      <w:r>
        <w:rPr>
          <w:sz w:val="36"/>
        </w:rPr>
        <w:t>Persamaan: ________________________________________</w:t>
      </w:r>
    </w:p>
    <w:p w14:paraId="274D1FCE" w14:textId="77777777" w:rsidR="00371BD3" w:rsidRDefault="00CC78A1">
      <w:r>
        <w:rPr>
          <w:sz w:val="32"/>
        </w:rPr>
        <w:t>3. Rina ingin mengumpulkan Rp30.000 dalam 30 hari. Jika jumlah tabungan setiap hari sama, berapa rupiah yang harus ditabung setiap hari?</w:t>
      </w:r>
    </w:p>
    <w:p w14:paraId="54C9F621" w14:textId="77777777" w:rsidR="00371BD3" w:rsidRDefault="00CC78A1">
      <w:r>
        <w:rPr>
          <w:sz w:val="36"/>
        </w:rPr>
        <w:t>Persamaan: ________________________________________</w:t>
      </w:r>
    </w:p>
    <w:p w14:paraId="62F43716" w14:textId="77777777" w:rsidR="00371BD3" w:rsidRDefault="00CC78A1">
      <w:r>
        <w:rPr>
          <w:sz w:val="32"/>
        </w:rPr>
        <w:t>4. Ada 24 siswa. Setiap kelompok terdiri dari 6 siswa. Ada berapa kelompok yang dapat dibuat?</w:t>
      </w:r>
    </w:p>
    <w:p w14:paraId="4DF244CC" w14:textId="77777777" w:rsidR="00371BD3" w:rsidRDefault="00CC78A1">
      <w:r>
        <w:rPr>
          <w:sz w:val="36"/>
        </w:rPr>
        <w:t>Persamaan: ________________________________________</w:t>
      </w:r>
    </w:p>
    <w:p w14:paraId="62461EF9" w14:textId="77777777" w:rsidR="00371BD3" w:rsidRDefault="00CC78A1">
      <w:r>
        <w:rPr>
          <w:sz w:val="32"/>
        </w:rPr>
        <w:t>5. Ada 6 kelompok. Setiap kelompok terdiri dari 4 siswa. Berapa jumlah seluruh siswa?</w:t>
      </w:r>
    </w:p>
    <w:p w14:paraId="371F20A2" w14:textId="77777777" w:rsidR="00371BD3" w:rsidRDefault="00CC78A1">
      <w:r>
        <w:rPr>
          <w:sz w:val="36"/>
        </w:rPr>
        <w:t>Persamaan: ________________________________________</w:t>
      </w:r>
    </w:p>
    <w:p w14:paraId="4033A917" w14:textId="77777777" w:rsidR="00371BD3" w:rsidRDefault="00CC78A1">
      <w:r>
        <w:br w:type="page"/>
      </w:r>
    </w:p>
    <w:p w14:paraId="18EAA0B7" w14:textId="77777777" w:rsidR="00371BD3" w:rsidRDefault="00CC78A1">
      <w:r>
        <w:rPr>
          <w:b/>
          <w:sz w:val="38"/>
        </w:rPr>
        <w:lastRenderedPageBreak/>
        <w:t>CHAPTER 6 — TENTANG BELAJAR MATEMATIKA</w:t>
      </w:r>
    </w:p>
    <w:p w14:paraId="7C243949" w14:textId="77777777" w:rsidR="00371BD3" w:rsidRDefault="00CC78A1">
      <w:r>
        <w:rPr>
          <w:b/>
          <w:sz w:val="30"/>
        </w:rPr>
        <w:t>Waktu: 5 menit</w:t>
      </w:r>
    </w:p>
    <w:p w14:paraId="14B69730" w14:textId="77777777" w:rsidR="00371BD3" w:rsidRDefault="00CC78A1">
      <w:r>
        <w:t>Tidak ada jawaban benar atau salah. Pilih jawaban yang paling sesuai dengan dirimu.</w:t>
      </w:r>
    </w:p>
    <w:p w14:paraId="3BD2D50B" w14:textId="77777777" w:rsidR="00371BD3" w:rsidRDefault="00CC78A1">
      <w:r>
        <w:t>4 = Sangat Setuju   3 = Setuju   2 = Tidak Setuju   1 = Sangat Tidak Setuju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108"/>
        <w:gridCol w:w="2108"/>
        <w:gridCol w:w="2108"/>
        <w:gridCol w:w="2108"/>
        <w:gridCol w:w="2108"/>
      </w:tblGrid>
      <w:tr w:rsidR="00371BD3" w14:paraId="00C6719B" w14:textId="77777777">
        <w:tc>
          <w:tcPr>
            <w:tcW w:w="2108" w:type="dxa"/>
          </w:tcPr>
          <w:p w14:paraId="2243E136" w14:textId="77777777" w:rsidR="00371BD3" w:rsidRDefault="00CC78A1">
            <w:r>
              <w:t>Pernyataan</w:t>
            </w:r>
          </w:p>
        </w:tc>
        <w:tc>
          <w:tcPr>
            <w:tcW w:w="2108" w:type="dxa"/>
          </w:tcPr>
          <w:p w14:paraId="2123A2C5" w14:textId="77777777" w:rsidR="00371BD3" w:rsidRDefault="00CC78A1">
            <w:r>
              <w:t>4</w:t>
            </w:r>
          </w:p>
        </w:tc>
        <w:tc>
          <w:tcPr>
            <w:tcW w:w="2108" w:type="dxa"/>
          </w:tcPr>
          <w:p w14:paraId="6F282459" w14:textId="77777777" w:rsidR="00371BD3" w:rsidRDefault="00CC78A1">
            <w:r>
              <w:t>3</w:t>
            </w:r>
          </w:p>
        </w:tc>
        <w:tc>
          <w:tcPr>
            <w:tcW w:w="2108" w:type="dxa"/>
          </w:tcPr>
          <w:p w14:paraId="720760CA" w14:textId="77777777" w:rsidR="00371BD3" w:rsidRDefault="00CC78A1">
            <w:r>
              <w:t>2</w:t>
            </w:r>
          </w:p>
        </w:tc>
        <w:tc>
          <w:tcPr>
            <w:tcW w:w="2108" w:type="dxa"/>
          </w:tcPr>
          <w:p w14:paraId="20192C55" w14:textId="77777777" w:rsidR="00371BD3" w:rsidRDefault="00CC78A1">
            <w:r>
              <w:t>1</w:t>
            </w:r>
          </w:p>
        </w:tc>
      </w:tr>
      <w:tr w:rsidR="00371BD3" w14:paraId="66CD06F7" w14:textId="77777777">
        <w:tc>
          <w:tcPr>
            <w:tcW w:w="2108" w:type="dxa"/>
          </w:tcPr>
          <w:p w14:paraId="5800E7AD" w14:textId="77777777" w:rsidR="00371BD3" w:rsidRDefault="00CC78A1">
            <w:r>
              <w:t>1. Saya suka belajar matematika.</w:t>
            </w:r>
          </w:p>
        </w:tc>
        <w:tc>
          <w:tcPr>
            <w:tcW w:w="2108" w:type="dxa"/>
          </w:tcPr>
          <w:p w14:paraId="35C4C3AC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58936B09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2A7E1209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4186ADF9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0C442C13" w14:textId="77777777">
        <w:tc>
          <w:tcPr>
            <w:tcW w:w="2108" w:type="dxa"/>
          </w:tcPr>
          <w:p w14:paraId="629125F1" w14:textId="77777777" w:rsidR="00371BD3" w:rsidRDefault="00CC78A1">
            <w:r>
              <w:t>2. Saya percaya diri saat mengerjakan soal matematika.</w:t>
            </w:r>
          </w:p>
        </w:tc>
        <w:tc>
          <w:tcPr>
            <w:tcW w:w="2108" w:type="dxa"/>
          </w:tcPr>
          <w:p w14:paraId="7569842F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6C010605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7E50CCE6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7CD180B9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00A79AEB" w14:textId="77777777">
        <w:tc>
          <w:tcPr>
            <w:tcW w:w="2108" w:type="dxa"/>
          </w:tcPr>
          <w:p w14:paraId="2E5B99EA" w14:textId="77777777" w:rsidR="00371BD3" w:rsidRDefault="00CC78A1">
            <w:r>
              <w:t>3. Saya dapat menghitung tanpa menggunakan jari.</w:t>
            </w:r>
          </w:p>
        </w:tc>
        <w:tc>
          <w:tcPr>
            <w:tcW w:w="2108" w:type="dxa"/>
          </w:tcPr>
          <w:p w14:paraId="0B2C64A7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411E0873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836FCF1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092893C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19E36FA3" w14:textId="77777777">
        <w:tc>
          <w:tcPr>
            <w:tcW w:w="2108" w:type="dxa"/>
          </w:tcPr>
          <w:p w14:paraId="38EECDDD" w14:textId="77777777" w:rsidR="00371BD3" w:rsidRDefault="00CC78A1">
            <w:r>
              <w:t>4. Saya hafal sebagian besar perkalian dasar.</w:t>
            </w:r>
          </w:p>
        </w:tc>
        <w:tc>
          <w:tcPr>
            <w:tcW w:w="2108" w:type="dxa"/>
          </w:tcPr>
          <w:p w14:paraId="3C5C5C5F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E507996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0553780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503EF254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6CBCF6FF" w14:textId="77777777">
        <w:tc>
          <w:tcPr>
            <w:tcW w:w="2108" w:type="dxa"/>
          </w:tcPr>
          <w:p w14:paraId="453E8200" w14:textId="77777777" w:rsidR="00371BD3" w:rsidRDefault="00CC78A1">
            <w:r>
              <w:t>5. Ketika lupa hasil perkalian, saya dapat mencari jawabannya dengan cara lain.</w:t>
            </w:r>
          </w:p>
        </w:tc>
        <w:tc>
          <w:tcPr>
            <w:tcW w:w="2108" w:type="dxa"/>
          </w:tcPr>
          <w:p w14:paraId="0A0E2646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5BDF10F6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179A9CCA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217DA8AF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59CAE9DA" w14:textId="77777777">
        <w:tc>
          <w:tcPr>
            <w:tcW w:w="2108" w:type="dxa"/>
          </w:tcPr>
          <w:p w14:paraId="285C8209" w14:textId="77777777" w:rsidR="00371BD3" w:rsidRDefault="00CC78A1">
            <w:r>
              <w:t>6. Saya memahami mengapa cara menghitung yang saya gunakan benar.</w:t>
            </w:r>
          </w:p>
        </w:tc>
        <w:tc>
          <w:tcPr>
            <w:tcW w:w="2108" w:type="dxa"/>
          </w:tcPr>
          <w:p w14:paraId="7FF54E3C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00C75221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79A6790D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027EE95B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32F30A75" w14:textId="77777777">
        <w:tc>
          <w:tcPr>
            <w:tcW w:w="2108" w:type="dxa"/>
          </w:tcPr>
          <w:p w14:paraId="587A26F7" w14:textId="77777777" w:rsidR="00371BD3" w:rsidRDefault="00CC78A1">
            <w:r>
              <w:lastRenderedPageBreak/>
              <w:t>7. Ketika soal matematika sulit, saya tetap mencoba mencari cara lain.</w:t>
            </w:r>
          </w:p>
        </w:tc>
        <w:tc>
          <w:tcPr>
            <w:tcW w:w="2108" w:type="dxa"/>
          </w:tcPr>
          <w:p w14:paraId="6135A93F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62AAB5B8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4A0A39E5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055BEF2B" w14:textId="77777777" w:rsidR="00371BD3" w:rsidRDefault="00CC78A1">
            <w:r>
              <w:rPr>
                <w:sz w:val="36"/>
              </w:rPr>
              <w:t>□</w:t>
            </w:r>
          </w:p>
        </w:tc>
      </w:tr>
      <w:tr w:rsidR="00371BD3" w14:paraId="2AFA7888" w14:textId="77777777">
        <w:tc>
          <w:tcPr>
            <w:tcW w:w="2108" w:type="dxa"/>
          </w:tcPr>
          <w:p w14:paraId="30E4E912" w14:textId="77777777" w:rsidR="00371BD3" w:rsidRDefault="00CC78A1">
            <w:r>
              <w:t>8. Saya ingin menjadi lebih baik dalam matematika.</w:t>
            </w:r>
          </w:p>
        </w:tc>
        <w:tc>
          <w:tcPr>
            <w:tcW w:w="2108" w:type="dxa"/>
          </w:tcPr>
          <w:p w14:paraId="58CE24B7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77635DC3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A110783" w14:textId="77777777" w:rsidR="00371BD3" w:rsidRDefault="00CC78A1">
            <w:r>
              <w:rPr>
                <w:sz w:val="36"/>
              </w:rPr>
              <w:t>□</w:t>
            </w:r>
          </w:p>
        </w:tc>
        <w:tc>
          <w:tcPr>
            <w:tcW w:w="2108" w:type="dxa"/>
          </w:tcPr>
          <w:p w14:paraId="3A5A083A" w14:textId="77777777" w:rsidR="00371BD3" w:rsidRDefault="00CC78A1">
            <w:r>
              <w:rPr>
                <w:sz w:val="36"/>
              </w:rPr>
              <w:t>□</w:t>
            </w:r>
          </w:p>
        </w:tc>
      </w:tr>
    </w:tbl>
    <w:p w14:paraId="65EEBC9D" w14:textId="77777777" w:rsidR="0067234D" w:rsidRDefault="0067234D"/>
    <w:sectPr w:rsidR="0067234D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AFCAD" w14:textId="77777777" w:rsidR="00CC78A1" w:rsidRDefault="00CC78A1" w:rsidP="008A7D03">
      <w:pPr>
        <w:spacing w:after="0" w:line="240" w:lineRule="auto"/>
      </w:pPr>
      <w:r>
        <w:separator/>
      </w:r>
    </w:p>
  </w:endnote>
  <w:endnote w:type="continuationSeparator" w:id="0">
    <w:p w14:paraId="234F7A0F" w14:textId="77777777" w:rsidR="00CC78A1" w:rsidRDefault="00CC78A1" w:rsidP="008A7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52D98" w14:textId="77777777" w:rsidR="00CC78A1" w:rsidRDefault="00CC78A1" w:rsidP="008A7D03">
      <w:pPr>
        <w:spacing w:after="0" w:line="240" w:lineRule="auto"/>
      </w:pPr>
      <w:r>
        <w:separator/>
      </w:r>
    </w:p>
  </w:footnote>
  <w:footnote w:type="continuationSeparator" w:id="0">
    <w:p w14:paraId="0C6F1C07" w14:textId="77777777" w:rsidR="00CC78A1" w:rsidRDefault="00CC78A1" w:rsidP="008A7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6639223">
    <w:abstractNumId w:val="8"/>
  </w:num>
  <w:num w:numId="2" w16cid:durableId="1915697760">
    <w:abstractNumId w:val="6"/>
  </w:num>
  <w:num w:numId="3" w16cid:durableId="1913196597">
    <w:abstractNumId w:val="5"/>
  </w:num>
  <w:num w:numId="4" w16cid:durableId="588588887">
    <w:abstractNumId w:val="4"/>
  </w:num>
  <w:num w:numId="5" w16cid:durableId="1682195307">
    <w:abstractNumId w:val="7"/>
  </w:num>
  <w:num w:numId="6" w16cid:durableId="1336613848">
    <w:abstractNumId w:val="3"/>
  </w:num>
  <w:num w:numId="7" w16cid:durableId="411896991">
    <w:abstractNumId w:val="2"/>
  </w:num>
  <w:num w:numId="8" w16cid:durableId="1390689780">
    <w:abstractNumId w:val="1"/>
  </w:num>
  <w:num w:numId="9" w16cid:durableId="143166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D75"/>
    <w:rsid w:val="00034616"/>
    <w:rsid w:val="0006063C"/>
    <w:rsid w:val="0015074B"/>
    <w:rsid w:val="0029639D"/>
    <w:rsid w:val="00326F90"/>
    <w:rsid w:val="00371BD3"/>
    <w:rsid w:val="0067234D"/>
    <w:rsid w:val="008A7D03"/>
    <w:rsid w:val="00AA1D8D"/>
    <w:rsid w:val="00B47730"/>
    <w:rsid w:val="00BC7EA8"/>
    <w:rsid w:val="00C36BAE"/>
    <w:rsid w:val="00CB0664"/>
    <w:rsid w:val="00CC78A1"/>
    <w:rsid w:val="00E273ED"/>
    <w:rsid w:val="00FB03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F0CD9"/>
  <w14:defaultImageDpi w14:val="300"/>
  <w15:docId w15:val="{A07BD337-C607-4D08-A930-F5A7A097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1094</Words>
  <Characters>5462</Characters>
  <Application>Microsoft Office Word</Application>
  <DocSecurity>0</DocSecurity>
  <Lines>287</Lines>
  <Paragraphs>226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Koji Ueda</cp:lastModifiedBy>
  <cp:revision>2</cp:revision>
  <cp:lastPrinted>2026-07-28T10:54:00Z</cp:lastPrinted>
  <dcterms:created xsi:type="dcterms:W3CDTF">2026-08-02T15:14:00Z</dcterms:created>
  <dcterms:modified xsi:type="dcterms:W3CDTF">2026-08-02T15:14:00Z</dcterms:modified>
  <cp:category/>
</cp:coreProperties>
</file>